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4342" w14:textId="77777777" w:rsidR="000B7F34" w:rsidRPr="00427C04" w:rsidRDefault="00000000">
      <w:pPr>
        <w:jc w:val="center"/>
        <w:rPr>
          <w:rFonts w:ascii="Times New Roman" w:hAnsi="Times New Roman" w:cs="Times New Roman"/>
          <w:sz w:val="24"/>
          <w:szCs w:val="24"/>
        </w:rPr>
      </w:pPr>
      <w:r w:rsidRPr="00427C04">
        <w:rPr>
          <w:rFonts w:ascii="Times New Roman" w:hAnsi="Times New Roman" w:cs="Times New Roman"/>
          <w:noProof/>
          <w:sz w:val="24"/>
          <w:szCs w:val="24"/>
        </w:rPr>
        <w:drawing>
          <wp:anchor distT="0" distB="0" distL="114300" distR="114300" simplePos="0" relativeHeight="251657216" behindDoc="1" locked="0" layoutInCell="1" allowOverlap="1" wp14:anchorId="70C01422" wp14:editId="6E52E67B">
            <wp:simplePos x="0" y="0"/>
            <wp:positionH relativeFrom="column">
              <wp:posOffset>5254625</wp:posOffset>
            </wp:positionH>
            <wp:positionV relativeFrom="paragraph">
              <wp:posOffset>-1038225</wp:posOffset>
            </wp:positionV>
            <wp:extent cx="1554480" cy="840259"/>
            <wp:effectExtent l="0" t="0" r="7620" b="0"/>
            <wp:wrapTight wrapText="bothSides">
              <wp:wrapPolygon edited="0">
                <wp:start x="5029" y="0"/>
                <wp:lineTo x="5029" y="2449"/>
                <wp:lineTo x="5559" y="7837"/>
                <wp:lineTo x="0" y="10776"/>
                <wp:lineTo x="0" y="13714"/>
                <wp:lineTo x="265" y="17143"/>
                <wp:lineTo x="1324" y="21061"/>
                <wp:lineTo x="21441" y="21061"/>
                <wp:lineTo x="21441" y="15673"/>
                <wp:lineTo x="19853" y="7837"/>
                <wp:lineTo x="18794" y="0"/>
                <wp:lineTo x="502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a_logo_transparent.png"/>
                    <pic:cNvPicPr/>
                  </pic:nvPicPr>
                  <pic:blipFill>
                    <a:blip r:embed="rId8"/>
                    <a:stretch>
                      <a:fillRect/>
                    </a:stretch>
                  </pic:blipFill>
                  <pic:spPr>
                    <a:xfrm>
                      <a:off x="0" y="0"/>
                      <a:ext cx="1554480" cy="840259"/>
                    </a:xfrm>
                    <a:prstGeom prst="rect">
                      <a:avLst/>
                    </a:prstGeom>
                  </pic:spPr>
                </pic:pic>
              </a:graphicData>
            </a:graphic>
          </wp:anchor>
        </w:drawing>
      </w:r>
    </w:p>
    <w:p w14:paraId="46F928C4" w14:textId="7D60F58A" w:rsidR="000B7F34" w:rsidRPr="00427C04" w:rsidRDefault="00000000">
      <w:pPr>
        <w:pStyle w:val="TAASectionLabel"/>
        <w:rPr>
          <w:rFonts w:ascii="Times New Roman" w:hAnsi="Times New Roman" w:cs="Times New Roman"/>
          <w:sz w:val="24"/>
          <w:szCs w:val="24"/>
        </w:rPr>
      </w:pPr>
      <w:r w:rsidRPr="00427C04">
        <w:rPr>
          <w:rFonts w:ascii="Times New Roman" w:hAnsi="Times New Roman" w:cs="Times New Roman"/>
          <w:sz w:val="24"/>
          <w:szCs w:val="24"/>
        </w:rPr>
        <w:t xml:space="preserve"> Academic Book Template</w:t>
      </w:r>
    </w:p>
    <w:p w14:paraId="5F9DD4E6" w14:textId="77777777" w:rsidR="000B7F34" w:rsidRPr="00427C04" w:rsidRDefault="00000000">
      <w:pPr>
        <w:pStyle w:val="TAATitle"/>
        <w:rPr>
          <w:rFonts w:ascii="Times New Roman" w:hAnsi="Times New Roman" w:cs="Times New Roman"/>
          <w:sz w:val="24"/>
          <w:szCs w:val="24"/>
        </w:rPr>
      </w:pPr>
      <w:r w:rsidRPr="00427C04">
        <w:rPr>
          <w:rFonts w:ascii="Times New Roman" w:hAnsi="Times New Roman" w:cs="Times New Roman"/>
          <w:sz w:val="24"/>
          <w:szCs w:val="24"/>
        </w:rPr>
        <w:t>[BOOK TITLE]</w:t>
      </w:r>
    </w:p>
    <w:p w14:paraId="0B533FC0" w14:textId="77777777" w:rsidR="00427C04" w:rsidRDefault="00427C04">
      <w:pPr>
        <w:jc w:val="center"/>
        <w:rPr>
          <w:rFonts w:ascii="Times New Roman" w:hAnsi="Times New Roman" w:cs="Times New Roman"/>
          <w:b/>
          <w:sz w:val="24"/>
          <w:szCs w:val="24"/>
        </w:rPr>
      </w:pPr>
    </w:p>
    <w:p w14:paraId="7C77892E" w14:textId="77777777" w:rsidR="00427C04" w:rsidRDefault="00427C04">
      <w:pPr>
        <w:jc w:val="center"/>
        <w:rPr>
          <w:rFonts w:ascii="Times New Roman" w:hAnsi="Times New Roman" w:cs="Times New Roman"/>
          <w:b/>
          <w:sz w:val="24"/>
          <w:szCs w:val="24"/>
        </w:rPr>
      </w:pPr>
    </w:p>
    <w:p w14:paraId="12A0D174" w14:textId="77777777" w:rsidR="00427C04" w:rsidRDefault="00427C04">
      <w:pPr>
        <w:jc w:val="center"/>
        <w:rPr>
          <w:rFonts w:ascii="Times New Roman" w:hAnsi="Times New Roman" w:cs="Times New Roman"/>
          <w:b/>
          <w:sz w:val="24"/>
          <w:szCs w:val="24"/>
        </w:rPr>
      </w:pPr>
    </w:p>
    <w:p w14:paraId="39B22BAD" w14:textId="77777777" w:rsidR="00427C04" w:rsidRDefault="00427C04">
      <w:pPr>
        <w:jc w:val="center"/>
        <w:rPr>
          <w:rFonts w:ascii="Times New Roman" w:hAnsi="Times New Roman" w:cs="Times New Roman"/>
          <w:b/>
          <w:sz w:val="24"/>
          <w:szCs w:val="24"/>
        </w:rPr>
      </w:pPr>
    </w:p>
    <w:p w14:paraId="454EDA89" w14:textId="3E901CEB" w:rsidR="000B7F34" w:rsidRPr="00427C04" w:rsidRDefault="00000000">
      <w:pPr>
        <w:jc w:val="center"/>
        <w:rPr>
          <w:rFonts w:ascii="Times New Roman" w:hAnsi="Times New Roman" w:cs="Times New Roman"/>
          <w:sz w:val="24"/>
          <w:szCs w:val="24"/>
        </w:rPr>
      </w:pPr>
      <w:r w:rsidRPr="00427C04">
        <w:rPr>
          <w:rFonts w:ascii="Times New Roman" w:hAnsi="Times New Roman" w:cs="Times New Roman"/>
          <w:b/>
          <w:sz w:val="24"/>
          <w:szCs w:val="24"/>
        </w:rPr>
        <w:t>Prepared for Academic Book Publishing</w:t>
      </w:r>
      <w:r w:rsidRPr="00427C04">
        <w:rPr>
          <w:rFonts w:ascii="Times New Roman" w:hAnsi="Times New Roman" w:cs="Times New Roman"/>
          <w:b/>
          <w:sz w:val="24"/>
          <w:szCs w:val="24"/>
        </w:rPr>
        <w:br/>
      </w:r>
      <w:r w:rsidRPr="00427C04">
        <w:rPr>
          <w:rFonts w:ascii="Times New Roman" w:hAnsi="Times New Roman" w:cs="Times New Roman"/>
          <w:sz w:val="24"/>
          <w:szCs w:val="24"/>
        </w:rPr>
        <w:t>[Author / Editor Name(s)]</w:t>
      </w:r>
    </w:p>
    <w:p w14:paraId="7D229E8B" w14:textId="77777777" w:rsidR="000B7F34" w:rsidRPr="00427C04" w:rsidRDefault="000B7F34">
      <w:pPr>
        <w:rPr>
          <w:rFonts w:ascii="Times New Roman" w:hAnsi="Times New Roman" w:cs="Times New Roman"/>
          <w:sz w:val="24"/>
          <w:szCs w:val="24"/>
        </w:rPr>
      </w:pPr>
    </w:p>
    <w:p w14:paraId="34294677" w14:textId="77777777" w:rsidR="000B7F34" w:rsidRPr="00427C04" w:rsidRDefault="00000000">
      <w:pPr>
        <w:jc w:val="center"/>
        <w:rPr>
          <w:rFonts w:ascii="Times New Roman" w:hAnsi="Times New Roman" w:cs="Times New Roman"/>
          <w:sz w:val="24"/>
          <w:szCs w:val="24"/>
        </w:rPr>
      </w:pPr>
      <w:r w:rsidRPr="00427C04">
        <w:rPr>
          <w:rFonts w:ascii="Times New Roman" w:hAnsi="Times New Roman" w:cs="Times New Roman"/>
          <w:color w:val="6E6E6E"/>
          <w:sz w:val="24"/>
          <w:szCs w:val="24"/>
        </w:rPr>
        <w:t>PISBN: 978-81-68473-08-9</w:t>
      </w:r>
      <w:r w:rsidRPr="00427C04">
        <w:rPr>
          <w:rFonts w:ascii="Times New Roman" w:hAnsi="Times New Roman" w:cs="Times New Roman"/>
          <w:color w:val="6E6E6E"/>
          <w:sz w:val="24"/>
          <w:szCs w:val="24"/>
        </w:rPr>
        <w:br/>
        <w:t>E-ISBN: 978-81-68473-09-6</w:t>
      </w:r>
      <w:r w:rsidRPr="00427C04">
        <w:rPr>
          <w:rFonts w:ascii="Times New Roman" w:hAnsi="Times New Roman" w:cs="Times New Roman"/>
          <w:color w:val="6E6E6E"/>
          <w:sz w:val="24"/>
          <w:szCs w:val="24"/>
        </w:rPr>
        <w:br/>
        <w:t>Copyright © 2026 The Article Architecture &amp; Care and Cure</w:t>
      </w:r>
    </w:p>
    <w:p w14:paraId="1D13F7BE" w14:textId="77777777" w:rsidR="004F4DE7" w:rsidRPr="00427C04" w:rsidRDefault="004F4DE7">
      <w:pPr>
        <w:rPr>
          <w:rFonts w:ascii="Times New Roman" w:hAnsi="Times New Roman" w:cs="Times New Roman"/>
          <w:sz w:val="24"/>
          <w:szCs w:val="24"/>
        </w:rPr>
      </w:pPr>
    </w:p>
    <w:p w14:paraId="7193806F" w14:textId="77777777" w:rsidR="004F4DE7" w:rsidRPr="00427C04" w:rsidRDefault="004F4DE7">
      <w:pPr>
        <w:rPr>
          <w:rFonts w:ascii="Times New Roman" w:hAnsi="Times New Roman" w:cs="Times New Roman"/>
          <w:sz w:val="24"/>
          <w:szCs w:val="24"/>
        </w:rPr>
      </w:pPr>
    </w:p>
    <w:p w14:paraId="6DAAC1ED" w14:textId="77777777" w:rsidR="004F4DE7" w:rsidRPr="00427C04" w:rsidRDefault="004F4DE7">
      <w:pPr>
        <w:rPr>
          <w:rFonts w:ascii="Times New Roman" w:hAnsi="Times New Roman" w:cs="Times New Roman"/>
          <w:sz w:val="24"/>
          <w:szCs w:val="24"/>
        </w:rPr>
      </w:pPr>
    </w:p>
    <w:p w14:paraId="59F2F7E3" w14:textId="77777777" w:rsidR="004F4DE7" w:rsidRPr="00427C04" w:rsidRDefault="004F4DE7">
      <w:pPr>
        <w:rPr>
          <w:rFonts w:ascii="Times New Roman" w:hAnsi="Times New Roman" w:cs="Times New Roman"/>
          <w:sz w:val="24"/>
          <w:szCs w:val="24"/>
        </w:rPr>
      </w:pPr>
    </w:p>
    <w:p w14:paraId="3CA48F4E" w14:textId="77777777" w:rsidR="004F4DE7" w:rsidRDefault="004F4DE7">
      <w:pPr>
        <w:rPr>
          <w:rFonts w:ascii="Times New Roman" w:hAnsi="Times New Roman" w:cs="Times New Roman"/>
          <w:sz w:val="24"/>
          <w:szCs w:val="24"/>
        </w:rPr>
      </w:pPr>
    </w:p>
    <w:p w14:paraId="26E4AFDC" w14:textId="77777777" w:rsidR="00427C04" w:rsidRDefault="00427C04">
      <w:pPr>
        <w:rPr>
          <w:rFonts w:ascii="Times New Roman" w:hAnsi="Times New Roman" w:cs="Times New Roman"/>
          <w:sz w:val="24"/>
          <w:szCs w:val="24"/>
        </w:rPr>
      </w:pPr>
    </w:p>
    <w:p w14:paraId="34343C71" w14:textId="77777777" w:rsidR="00427C04" w:rsidRDefault="00427C04">
      <w:pPr>
        <w:rPr>
          <w:rFonts w:ascii="Times New Roman" w:hAnsi="Times New Roman" w:cs="Times New Roman"/>
          <w:sz w:val="24"/>
          <w:szCs w:val="24"/>
        </w:rPr>
      </w:pPr>
    </w:p>
    <w:p w14:paraId="327E3AD0" w14:textId="77777777" w:rsidR="00427C04" w:rsidRDefault="00427C04">
      <w:pPr>
        <w:rPr>
          <w:rFonts w:ascii="Times New Roman" w:hAnsi="Times New Roman" w:cs="Times New Roman"/>
          <w:sz w:val="24"/>
          <w:szCs w:val="24"/>
        </w:rPr>
      </w:pPr>
    </w:p>
    <w:p w14:paraId="1A870CFA" w14:textId="77777777" w:rsidR="00427C04" w:rsidRDefault="00427C04">
      <w:pPr>
        <w:rPr>
          <w:rFonts w:ascii="Times New Roman" w:hAnsi="Times New Roman" w:cs="Times New Roman"/>
          <w:sz w:val="24"/>
          <w:szCs w:val="24"/>
        </w:rPr>
      </w:pPr>
    </w:p>
    <w:p w14:paraId="6DDBBBF7" w14:textId="77777777" w:rsidR="00427C04" w:rsidRPr="00427C04" w:rsidRDefault="00427C04">
      <w:pPr>
        <w:rPr>
          <w:rFonts w:ascii="Times New Roman" w:hAnsi="Times New Roman" w:cs="Times New Roman"/>
          <w:sz w:val="24"/>
          <w:szCs w:val="24"/>
        </w:rPr>
      </w:pPr>
    </w:p>
    <w:p w14:paraId="393272B8" w14:textId="591CB04E" w:rsidR="004F4DE7" w:rsidRPr="00427C04" w:rsidRDefault="004F4DE7" w:rsidP="00427C04">
      <w:pPr>
        <w:jc w:val="right"/>
        <w:rPr>
          <w:rFonts w:ascii="Times New Roman" w:hAnsi="Times New Roman" w:cs="Times New Roman"/>
          <w:sz w:val="24"/>
          <w:szCs w:val="24"/>
        </w:rPr>
      </w:pPr>
      <w:r w:rsidRPr="00427C04">
        <w:rPr>
          <w:rFonts w:ascii="Times New Roman" w:hAnsi="Times New Roman" w:cs="Times New Roman"/>
          <w:sz w:val="24"/>
          <w:szCs w:val="24"/>
        </w:rPr>
        <w:t xml:space="preserve">Published, Marketed and Distributed By </w:t>
      </w:r>
    </w:p>
    <w:p w14:paraId="7E9ACEEE" w14:textId="77777777" w:rsidR="004F4DE7" w:rsidRPr="00427C04" w:rsidRDefault="004F4DE7" w:rsidP="00427C04">
      <w:pPr>
        <w:pStyle w:val="Header"/>
        <w:jc w:val="right"/>
        <w:rPr>
          <w:rFonts w:ascii="Times New Roman" w:hAnsi="Times New Roman" w:cs="Times New Roman"/>
          <w:b/>
          <w:color w:val="EF7725"/>
          <w:sz w:val="24"/>
          <w:szCs w:val="24"/>
        </w:rPr>
      </w:pPr>
      <w:r w:rsidRPr="00427C04">
        <w:rPr>
          <w:rFonts w:ascii="Times New Roman" w:hAnsi="Times New Roman" w:cs="Times New Roman"/>
          <w:b/>
          <w:color w:val="EF7725"/>
          <w:sz w:val="24"/>
          <w:szCs w:val="24"/>
        </w:rPr>
        <w:t>The Article Architecture &amp; Care and Cure Book Publisher</w:t>
      </w:r>
    </w:p>
    <w:p w14:paraId="18F9662D" w14:textId="294D81F6" w:rsidR="004F4DE7" w:rsidRPr="00427C04" w:rsidRDefault="004F4DE7" w:rsidP="00427C04">
      <w:pPr>
        <w:jc w:val="right"/>
        <w:rPr>
          <w:rFonts w:ascii="Times New Roman" w:hAnsi="Times New Roman" w:cs="Times New Roman"/>
          <w:sz w:val="24"/>
          <w:szCs w:val="24"/>
        </w:rPr>
      </w:pPr>
      <w:r w:rsidRPr="00427C04">
        <w:rPr>
          <w:rFonts w:ascii="Times New Roman" w:hAnsi="Times New Roman" w:cs="Times New Roman"/>
          <w:sz w:val="24"/>
          <w:szCs w:val="24"/>
        </w:rPr>
        <w:t xml:space="preserve">An International Book Publisher </w:t>
      </w:r>
    </w:p>
    <w:p w14:paraId="2C0E7B7C" w14:textId="22F76565" w:rsidR="004F4DE7" w:rsidRPr="00427C04" w:rsidRDefault="004F4DE7" w:rsidP="00427C04">
      <w:pPr>
        <w:jc w:val="right"/>
        <w:rPr>
          <w:rFonts w:ascii="Times New Roman" w:hAnsi="Times New Roman" w:cs="Times New Roman"/>
          <w:sz w:val="24"/>
          <w:szCs w:val="24"/>
        </w:rPr>
      </w:pPr>
      <w:hyperlink r:id="rId9" w:history="1">
        <w:r w:rsidRPr="00427C04">
          <w:rPr>
            <w:rStyle w:val="Hyperlink"/>
            <w:rFonts w:ascii="Times New Roman" w:hAnsi="Times New Roman" w:cs="Times New Roman"/>
            <w:sz w:val="24"/>
            <w:szCs w:val="24"/>
          </w:rPr>
          <w:t>WWW.thearticlearchiteture.com</w:t>
        </w:r>
      </w:hyperlink>
      <w:r w:rsidRPr="00427C04">
        <w:rPr>
          <w:rFonts w:ascii="Times New Roman" w:hAnsi="Times New Roman" w:cs="Times New Roman"/>
          <w:sz w:val="24"/>
          <w:szCs w:val="24"/>
        </w:rPr>
        <w:t xml:space="preserve"> </w:t>
      </w:r>
    </w:p>
    <w:p w14:paraId="22F9EEAF" w14:textId="2DA59629" w:rsidR="004F4DE7" w:rsidRPr="00427C04" w:rsidRDefault="004F4DE7" w:rsidP="00427C04">
      <w:pPr>
        <w:jc w:val="right"/>
        <w:rPr>
          <w:rFonts w:ascii="Times New Roman" w:hAnsi="Times New Roman" w:cs="Times New Roman"/>
          <w:sz w:val="24"/>
          <w:szCs w:val="24"/>
        </w:rPr>
      </w:pPr>
      <w:hyperlink r:id="rId10" w:history="1">
        <w:r w:rsidRPr="00427C04">
          <w:rPr>
            <w:rStyle w:val="Hyperlink"/>
            <w:rFonts w:ascii="Times New Roman" w:hAnsi="Times New Roman" w:cs="Times New Roman"/>
            <w:sz w:val="24"/>
            <w:szCs w:val="24"/>
          </w:rPr>
          <w:t>thearticlearchiteture@gmail.com</w:t>
        </w:r>
      </w:hyperlink>
      <w:r w:rsidRPr="00427C04">
        <w:rPr>
          <w:rFonts w:ascii="Times New Roman" w:hAnsi="Times New Roman" w:cs="Times New Roman"/>
          <w:sz w:val="24"/>
          <w:szCs w:val="24"/>
        </w:rPr>
        <w:t xml:space="preserve"> </w:t>
      </w:r>
    </w:p>
    <w:p w14:paraId="0AE47735" w14:textId="634F585F" w:rsidR="004F4DE7" w:rsidRPr="00427C04" w:rsidRDefault="004F4DE7" w:rsidP="00427C04">
      <w:pPr>
        <w:jc w:val="right"/>
        <w:rPr>
          <w:rFonts w:ascii="Times New Roman" w:hAnsi="Times New Roman" w:cs="Times New Roman"/>
          <w:sz w:val="24"/>
          <w:szCs w:val="24"/>
        </w:rPr>
      </w:pPr>
      <w:r w:rsidRPr="00427C04">
        <w:rPr>
          <w:rFonts w:ascii="Times New Roman" w:hAnsi="Times New Roman" w:cs="Times New Roman"/>
          <w:sz w:val="24"/>
          <w:szCs w:val="24"/>
        </w:rPr>
        <w:t>Whatsapp-9888295023</w:t>
      </w:r>
    </w:p>
    <w:p w14:paraId="3111667E" w14:textId="77777777" w:rsidR="004F4DE7" w:rsidRPr="00427C04" w:rsidRDefault="004F4DE7">
      <w:pPr>
        <w:rPr>
          <w:rFonts w:ascii="Times New Roman" w:hAnsi="Times New Roman" w:cs="Times New Roman"/>
          <w:sz w:val="24"/>
          <w:szCs w:val="24"/>
        </w:rPr>
      </w:pPr>
    </w:p>
    <w:p w14:paraId="25671212" w14:textId="77777777" w:rsidR="004F4DE7" w:rsidRPr="00427C04" w:rsidRDefault="004F4DE7">
      <w:pPr>
        <w:rPr>
          <w:rFonts w:ascii="Times New Roman" w:hAnsi="Times New Roman" w:cs="Times New Roman"/>
          <w:sz w:val="24"/>
          <w:szCs w:val="24"/>
        </w:rPr>
      </w:pPr>
    </w:p>
    <w:p w14:paraId="2645BB41" w14:textId="77777777" w:rsidR="000B7F34" w:rsidRPr="00427C04" w:rsidRDefault="00000000" w:rsidP="00427C04">
      <w:pPr>
        <w:pStyle w:val="TAASectionLabel"/>
        <w:rPr>
          <w:rFonts w:ascii="Times New Roman" w:hAnsi="Times New Roman" w:cs="Times New Roman"/>
          <w:sz w:val="24"/>
          <w:szCs w:val="24"/>
        </w:rPr>
      </w:pPr>
      <w:r w:rsidRPr="00427C04">
        <w:rPr>
          <w:rFonts w:ascii="Times New Roman" w:hAnsi="Times New Roman" w:cs="Times New Roman"/>
          <w:sz w:val="24"/>
          <w:szCs w:val="24"/>
        </w:rPr>
        <w:lastRenderedPageBreak/>
        <w:t>PREFACE</w:t>
      </w:r>
    </w:p>
    <w:p w14:paraId="2E03C908" w14:textId="6D2E7381" w:rsidR="000B7F34" w:rsidRPr="00427C04" w:rsidRDefault="00000000">
      <w:pPr>
        <w:rPr>
          <w:rFonts w:ascii="Times New Roman" w:hAnsi="Times New Roman" w:cs="Times New Roman"/>
          <w:sz w:val="24"/>
          <w:szCs w:val="24"/>
        </w:rPr>
      </w:pPr>
      <w:r w:rsidRPr="00427C04">
        <w:rPr>
          <w:rFonts w:ascii="Times New Roman" w:hAnsi="Times New Roman" w:cs="Times New Roman"/>
          <w:sz w:val="24"/>
          <w:szCs w:val="24"/>
        </w:rPr>
        <w:t>[</w:t>
      </w:r>
    </w:p>
    <w:p w14:paraId="1119A8F7" w14:textId="77777777" w:rsidR="004F4DE7" w:rsidRPr="00427C04" w:rsidRDefault="004F4DE7">
      <w:pPr>
        <w:rPr>
          <w:rFonts w:ascii="Times New Roman" w:hAnsi="Times New Roman" w:cs="Times New Roman"/>
          <w:sz w:val="24"/>
          <w:szCs w:val="24"/>
        </w:rPr>
      </w:pPr>
    </w:p>
    <w:p w14:paraId="13334929" w14:textId="77777777" w:rsidR="004F4DE7" w:rsidRPr="00427C04" w:rsidRDefault="004F4DE7">
      <w:pPr>
        <w:rPr>
          <w:rFonts w:ascii="Times New Roman" w:hAnsi="Times New Roman" w:cs="Times New Roman"/>
          <w:sz w:val="24"/>
          <w:szCs w:val="24"/>
        </w:rPr>
      </w:pPr>
    </w:p>
    <w:p w14:paraId="280C8A91" w14:textId="77777777" w:rsidR="004F4DE7" w:rsidRPr="00427C04" w:rsidRDefault="004F4DE7">
      <w:pPr>
        <w:rPr>
          <w:rFonts w:ascii="Times New Roman" w:hAnsi="Times New Roman" w:cs="Times New Roman"/>
          <w:sz w:val="24"/>
          <w:szCs w:val="24"/>
        </w:rPr>
      </w:pPr>
    </w:p>
    <w:p w14:paraId="41F85C69" w14:textId="77777777" w:rsidR="004F4DE7" w:rsidRPr="00427C04" w:rsidRDefault="004F4DE7">
      <w:pPr>
        <w:rPr>
          <w:rFonts w:ascii="Times New Roman" w:hAnsi="Times New Roman" w:cs="Times New Roman"/>
          <w:sz w:val="24"/>
          <w:szCs w:val="24"/>
        </w:rPr>
      </w:pPr>
    </w:p>
    <w:p w14:paraId="7E6854AC" w14:textId="77777777" w:rsidR="004F4DE7" w:rsidRPr="00427C04" w:rsidRDefault="004F4DE7">
      <w:pPr>
        <w:rPr>
          <w:rFonts w:ascii="Times New Roman" w:hAnsi="Times New Roman" w:cs="Times New Roman"/>
          <w:sz w:val="24"/>
          <w:szCs w:val="24"/>
        </w:rPr>
      </w:pPr>
    </w:p>
    <w:p w14:paraId="2BBD119E" w14:textId="77777777" w:rsidR="004F4DE7" w:rsidRPr="00427C04" w:rsidRDefault="004F4DE7">
      <w:pPr>
        <w:rPr>
          <w:rFonts w:ascii="Times New Roman" w:hAnsi="Times New Roman" w:cs="Times New Roman"/>
          <w:sz w:val="24"/>
          <w:szCs w:val="24"/>
        </w:rPr>
      </w:pPr>
    </w:p>
    <w:p w14:paraId="7C3C9E2B" w14:textId="77777777" w:rsidR="004F4DE7" w:rsidRPr="00427C04" w:rsidRDefault="004F4DE7">
      <w:pPr>
        <w:rPr>
          <w:rFonts w:ascii="Times New Roman" w:hAnsi="Times New Roman" w:cs="Times New Roman"/>
          <w:sz w:val="24"/>
          <w:szCs w:val="24"/>
        </w:rPr>
      </w:pPr>
    </w:p>
    <w:p w14:paraId="03405FD1" w14:textId="77777777" w:rsidR="004F4DE7" w:rsidRPr="00427C04" w:rsidRDefault="004F4DE7">
      <w:pPr>
        <w:rPr>
          <w:rFonts w:ascii="Times New Roman" w:hAnsi="Times New Roman" w:cs="Times New Roman"/>
          <w:sz w:val="24"/>
          <w:szCs w:val="24"/>
        </w:rPr>
      </w:pPr>
    </w:p>
    <w:p w14:paraId="79FB2CC4" w14:textId="77777777" w:rsidR="004F4DE7" w:rsidRPr="00427C04" w:rsidRDefault="004F4DE7">
      <w:pPr>
        <w:rPr>
          <w:rFonts w:ascii="Times New Roman" w:hAnsi="Times New Roman" w:cs="Times New Roman"/>
          <w:sz w:val="24"/>
          <w:szCs w:val="24"/>
        </w:rPr>
      </w:pPr>
    </w:p>
    <w:p w14:paraId="4DA87264" w14:textId="77777777" w:rsidR="004F4DE7" w:rsidRPr="00427C04" w:rsidRDefault="004F4DE7">
      <w:pPr>
        <w:rPr>
          <w:rFonts w:ascii="Times New Roman" w:hAnsi="Times New Roman" w:cs="Times New Roman"/>
          <w:sz w:val="24"/>
          <w:szCs w:val="24"/>
        </w:rPr>
      </w:pPr>
    </w:p>
    <w:p w14:paraId="77D5B502" w14:textId="77777777" w:rsidR="004F4DE7" w:rsidRPr="00427C04" w:rsidRDefault="004F4DE7">
      <w:pPr>
        <w:rPr>
          <w:rFonts w:ascii="Times New Roman" w:hAnsi="Times New Roman" w:cs="Times New Roman"/>
          <w:sz w:val="24"/>
          <w:szCs w:val="24"/>
        </w:rPr>
      </w:pPr>
    </w:p>
    <w:p w14:paraId="4F0728A9" w14:textId="77777777" w:rsidR="004F4DE7" w:rsidRPr="00427C04" w:rsidRDefault="004F4DE7">
      <w:pPr>
        <w:rPr>
          <w:rFonts w:ascii="Times New Roman" w:hAnsi="Times New Roman" w:cs="Times New Roman"/>
          <w:sz w:val="24"/>
          <w:szCs w:val="24"/>
        </w:rPr>
      </w:pPr>
    </w:p>
    <w:p w14:paraId="50FC22A1" w14:textId="77777777" w:rsidR="004F4DE7" w:rsidRPr="00427C04" w:rsidRDefault="004F4DE7">
      <w:pPr>
        <w:rPr>
          <w:rFonts w:ascii="Times New Roman" w:hAnsi="Times New Roman" w:cs="Times New Roman"/>
          <w:sz w:val="24"/>
          <w:szCs w:val="24"/>
        </w:rPr>
      </w:pPr>
    </w:p>
    <w:p w14:paraId="108C2B79" w14:textId="77777777" w:rsidR="004F4DE7" w:rsidRPr="00427C04" w:rsidRDefault="004F4DE7">
      <w:pPr>
        <w:rPr>
          <w:rFonts w:ascii="Times New Roman" w:hAnsi="Times New Roman" w:cs="Times New Roman"/>
          <w:sz w:val="24"/>
          <w:szCs w:val="24"/>
        </w:rPr>
      </w:pPr>
    </w:p>
    <w:p w14:paraId="16A7A46A" w14:textId="77777777" w:rsidR="004F4DE7" w:rsidRPr="00427C04" w:rsidRDefault="004F4DE7">
      <w:pPr>
        <w:rPr>
          <w:rFonts w:ascii="Times New Roman" w:hAnsi="Times New Roman" w:cs="Times New Roman"/>
          <w:sz w:val="24"/>
          <w:szCs w:val="24"/>
        </w:rPr>
      </w:pPr>
    </w:p>
    <w:p w14:paraId="1E26E60C" w14:textId="77777777" w:rsidR="004F4DE7" w:rsidRPr="00427C04" w:rsidRDefault="004F4DE7">
      <w:pPr>
        <w:rPr>
          <w:rFonts w:ascii="Times New Roman" w:hAnsi="Times New Roman" w:cs="Times New Roman"/>
          <w:sz w:val="24"/>
          <w:szCs w:val="24"/>
        </w:rPr>
      </w:pPr>
    </w:p>
    <w:p w14:paraId="15F6CD28" w14:textId="77777777" w:rsidR="004F4DE7" w:rsidRPr="00427C04" w:rsidRDefault="004F4DE7">
      <w:pPr>
        <w:rPr>
          <w:rFonts w:ascii="Times New Roman" w:hAnsi="Times New Roman" w:cs="Times New Roman"/>
          <w:sz w:val="24"/>
          <w:szCs w:val="24"/>
        </w:rPr>
      </w:pPr>
    </w:p>
    <w:p w14:paraId="202FA8B5" w14:textId="77777777" w:rsidR="004F4DE7" w:rsidRPr="00427C04" w:rsidRDefault="004F4DE7">
      <w:pPr>
        <w:rPr>
          <w:rFonts w:ascii="Times New Roman" w:hAnsi="Times New Roman" w:cs="Times New Roman"/>
          <w:sz w:val="24"/>
          <w:szCs w:val="24"/>
        </w:rPr>
      </w:pPr>
    </w:p>
    <w:p w14:paraId="32ECC315" w14:textId="77777777" w:rsidR="004F4DE7" w:rsidRPr="00427C04" w:rsidRDefault="004F4DE7">
      <w:pPr>
        <w:rPr>
          <w:rFonts w:ascii="Times New Roman" w:hAnsi="Times New Roman" w:cs="Times New Roman"/>
          <w:sz w:val="24"/>
          <w:szCs w:val="24"/>
        </w:rPr>
      </w:pPr>
    </w:p>
    <w:p w14:paraId="14540EE4" w14:textId="77777777" w:rsidR="004F4DE7" w:rsidRPr="00427C04" w:rsidRDefault="004F4DE7">
      <w:pPr>
        <w:rPr>
          <w:rFonts w:ascii="Times New Roman" w:hAnsi="Times New Roman" w:cs="Times New Roman"/>
          <w:sz w:val="24"/>
          <w:szCs w:val="24"/>
        </w:rPr>
      </w:pPr>
    </w:p>
    <w:p w14:paraId="66626644" w14:textId="77777777" w:rsidR="004F4DE7" w:rsidRPr="00427C04" w:rsidRDefault="004F4DE7">
      <w:pPr>
        <w:rPr>
          <w:rFonts w:ascii="Times New Roman" w:hAnsi="Times New Roman" w:cs="Times New Roman"/>
          <w:sz w:val="24"/>
          <w:szCs w:val="24"/>
        </w:rPr>
      </w:pPr>
    </w:p>
    <w:p w14:paraId="01B750B9" w14:textId="77777777" w:rsidR="004F4DE7" w:rsidRPr="00427C04" w:rsidRDefault="004F4DE7">
      <w:pPr>
        <w:rPr>
          <w:rFonts w:ascii="Times New Roman" w:hAnsi="Times New Roman" w:cs="Times New Roman"/>
          <w:sz w:val="24"/>
          <w:szCs w:val="24"/>
        </w:rPr>
      </w:pPr>
    </w:p>
    <w:p w14:paraId="56CDE367" w14:textId="77777777" w:rsidR="004F4DE7" w:rsidRPr="00427C04" w:rsidRDefault="004F4DE7">
      <w:pPr>
        <w:rPr>
          <w:rFonts w:ascii="Times New Roman" w:hAnsi="Times New Roman" w:cs="Times New Roman"/>
          <w:sz w:val="24"/>
          <w:szCs w:val="24"/>
        </w:rPr>
      </w:pPr>
    </w:p>
    <w:p w14:paraId="30654821" w14:textId="77777777" w:rsidR="004F4DE7" w:rsidRPr="00427C04" w:rsidRDefault="004F4DE7">
      <w:pPr>
        <w:rPr>
          <w:rFonts w:ascii="Times New Roman" w:hAnsi="Times New Roman" w:cs="Times New Roman"/>
          <w:sz w:val="24"/>
          <w:szCs w:val="24"/>
        </w:rPr>
      </w:pPr>
    </w:p>
    <w:p w14:paraId="0DB5D444" w14:textId="77777777" w:rsidR="004F4DE7" w:rsidRPr="00427C04" w:rsidRDefault="004F4DE7">
      <w:pPr>
        <w:rPr>
          <w:rFonts w:ascii="Times New Roman" w:hAnsi="Times New Roman" w:cs="Times New Roman"/>
          <w:sz w:val="24"/>
          <w:szCs w:val="24"/>
        </w:rPr>
      </w:pPr>
    </w:p>
    <w:p w14:paraId="075B692D" w14:textId="77777777" w:rsidR="004F4DE7" w:rsidRPr="00427C04" w:rsidRDefault="004F4DE7">
      <w:pPr>
        <w:rPr>
          <w:rFonts w:ascii="Times New Roman" w:hAnsi="Times New Roman" w:cs="Times New Roman"/>
          <w:sz w:val="24"/>
          <w:szCs w:val="24"/>
        </w:rPr>
      </w:pPr>
    </w:p>
    <w:p w14:paraId="62440BF9" w14:textId="77777777" w:rsidR="000B7F34" w:rsidRPr="00427C04" w:rsidRDefault="000B7F34">
      <w:pPr>
        <w:rPr>
          <w:rFonts w:ascii="Times New Roman" w:hAnsi="Times New Roman" w:cs="Times New Roman"/>
          <w:sz w:val="24"/>
          <w:szCs w:val="24"/>
        </w:rPr>
      </w:pPr>
    </w:p>
    <w:p w14:paraId="7A7B746D" w14:textId="77777777" w:rsidR="004F4DE7" w:rsidRPr="00427C04" w:rsidRDefault="004F4DE7" w:rsidP="004F4DE7">
      <w:pPr>
        <w:pStyle w:val="TAASectionLabel"/>
        <w:jc w:val="left"/>
        <w:rPr>
          <w:rFonts w:ascii="Times New Roman" w:hAnsi="Times New Roman" w:cs="Times New Roman"/>
          <w:sz w:val="24"/>
          <w:szCs w:val="24"/>
        </w:rPr>
      </w:pPr>
    </w:p>
    <w:p w14:paraId="1EE78C53" w14:textId="77777777" w:rsidR="004F4DE7" w:rsidRPr="00427C04" w:rsidRDefault="004F4DE7" w:rsidP="004F4DE7">
      <w:pPr>
        <w:pStyle w:val="TAASectionLabel"/>
        <w:jc w:val="left"/>
        <w:rPr>
          <w:rFonts w:ascii="Times New Roman" w:hAnsi="Times New Roman" w:cs="Times New Roman"/>
          <w:sz w:val="24"/>
          <w:szCs w:val="24"/>
        </w:rPr>
      </w:pPr>
    </w:p>
    <w:p w14:paraId="05D7ACB9" w14:textId="6FF3E3EA" w:rsidR="000B7F34" w:rsidRPr="00427C04" w:rsidRDefault="00000000">
      <w:pPr>
        <w:pStyle w:val="TAASectionLabel"/>
        <w:rPr>
          <w:rFonts w:ascii="Times New Roman" w:hAnsi="Times New Roman" w:cs="Times New Roman"/>
          <w:sz w:val="24"/>
          <w:szCs w:val="24"/>
        </w:rPr>
      </w:pPr>
      <w:r w:rsidRPr="00427C04">
        <w:rPr>
          <w:rFonts w:ascii="Times New Roman" w:hAnsi="Times New Roman" w:cs="Times New Roman"/>
          <w:sz w:val="24"/>
          <w:szCs w:val="24"/>
        </w:rPr>
        <w:t>ACKNOWLEDGEMENT</w:t>
      </w:r>
    </w:p>
    <w:p w14:paraId="4DC88FFF" w14:textId="77777777" w:rsidR="000B7F34" w:rsidRPr="00427C04" w:rsidRDefault="000B7F34">
      <w:pPr>
        <w:rPr>
          <w:rFonts w:ascii="Times New Roman" w:hAnsi="Times New Roman" w:cs="Times New Roman"/>
          <w:sz w:val="24"/>
          <w:szCs w:val="24"/>
        </w:rPr>
      </w:pPr>
    </w:p>
    <w:p w14:paraId="7EB38A4A" w14:textId="77777777" w:rsidR="004F4DE7" w:rsidRPr="00427C04" w:rsidRDefault="00000000" w:rsidP="004F4DE7">
      <w:pPr>
        <w:pStyle w:val="TAASmall"/>
        <w:rPr>
          <w:rFonts w:ascii="Times New Roman" w:hAnsi="Times New Roman" w:cs="Times New Roman"/>
          <w:sz w:val="24"/>
          <w:szCs w:val="24"/>
        </w:rPr>
      </w:pPr>
      <w:r w:rsidRPr="00427C04">
        <w:rPr>
          <w:rFonts w:ascii="Times New Roman" w:hAnsi="Times New Roman" w:cs="Times New Roman"/>
          <w:sz w:val="24"/>
          <w:szCs w:val="24"/>
        </w:rPr>
        <w:t>[</w:t>
      </w:r>
    </w:p>
    <w:p w14:paraId="019E4EFE" w14:textId="77777777" w:rsidR="004F4DE7" w:rsidRPr="00427C04" w:rsidRDefault="004F4DE7" w:rsidP="004F4DE7">
      <w:pPr>
        <w:pStyle w:val="TAASmall"/>
        <w:rPr>
          <w:rFonts w:ascii="Times New Roman" w:hAnsi="Times New Roman" w:cs="Times New Roman"/>
          <w:sz w:val="24"/>
          <w:szCs w:val="24"/>
        </w:rPr>
      </w:pPr>
    </w:p>
    <w:p w14:paraId="59A1ECA0" w14:textId="77777777" w:rsidR="004F4DE7" w:rsidRPr="00427C04" w:rsidRDefault="004F4DE7" w:rsidP="004F4DE7">
      <w:pPr>
        <w:pStyle w:val="TAASmall"/>
        <w:rPr>
          <w:rFonts w:ascii="Times New Roman" w:hAnsi="Times New Roman" w:cs="Times New Roman"/>
          <w:sz w:val="24"/>
          <w:szCs w:val="24"/>
        </w:rPr>
      </w:pPr>
    </w:p>
    <w:p w14:paraId="6E77F5F8" w14:textId="77777777" w:rsidR="004F4DE7" w:rsidRPr="00427C04" w:rsidRDefault="004F4DE7" w:rsidP="004F4DE7">
      <w:pPr>
        <w:pStyle w:val="TAASmall"/>
        <w:rPr>
          <w:rFonts w:ascii="Times New Roman" w:hAnsi="Times New Roman" w:cs="Times New Roman"/>
          <w:sz w:val="24"/>
          <w:szCs w:val="24"/>
        </w:rPr>
      </w:pPr>
    </w:p>
    <w:p w14:paraId="05199A4F" w14:textId="77777777" w:rsidR="004F4DE7" w:rsidRPr="00427C04" w:rsidRDefault="004F4DE7" w:rsidP="004F4DE7">
      <w:pPr>
        <w:pStyle w:val="TAASmall"/>
        <w:rPr>
          <w:rFonts w:ascii="Times New Roman" w:hAnsi="Times New Roman" w:cs="Times New Roman"/>
          <w:sz w:val="24"/>
          <w:szCs w:val="24"/>
        </w:rPr>
      </w:pPr>
    </w:p>
    <w:p w14:paraId="65E974A5" w14:textId="77777777" w:rsidR="004F4DE7" w:rsidRPr="00427C04" w:rsidRDefault="004F4DE7" w:rsidP="004F4DE7">
      <w:pPr>
        <w:pStyle w:val="TAASmall"/>
        <w:rPr>
          <w:rFonts w:ascii="Times New Roman" w:hAnsi="Times New Roman" w:cs="Times New Roman"/>
          <w:sz w:val="24"/>
          <w:szCs w:val="24"/>
        </w:rPr>
      </w:pPr>
    </w:p>
    <w:p w14:paraId="7B8CAC09" w14:textId="77777777" w:rsidR="004F4DE7" w:rsidRPr="00427C04" w:rsidRDefault="004F4DE7" w:rsidP="004F4DE7">
      <w:pPr>
        <w:pStyle w:val="TAASmall"/>
        <w:rPr>
          <w:rFonts w:ascii="Times New Roman" w:hAnsi="Times New Roman" w:cs="Times New Roman"/>
          <w:sz w:val="24"/>
          <w:szCs w:val="24"/>
        </w:rPr>
      </w:pPr>
    </w:p>
    <w:p w14:paraId="3D87DC55" w14:textId="77777777" w:rsidR="004F4DE7" w:rsidRPr="00427C04" w:rsidRDefault="004F4DE7" w:rsidP="004F4DE7">
      <w:pPr>
        <w:pStyle w:val="TAASmall"/>
        <w:rPr>
          <w:rFonts w:ascii="Times New Roman" w:hAnsi="Times New Roman" w:cs="Times New Roman"/>
          <w:sz w:val="24"/>
          <w:szCs w:val="24"/>
        </w:rPr>
      </w:pPr>
    </w:p>
    <w:p w14:paraId="009EC0B8" w14:textId="77777777" w:rsidR="004F4DE7" w:rsidRPr="00427C04" w:rsidRDefault="004F4DE7" w:rsidP="004F4DE7">
      <w:pPr>
        <w:pStyle w:val="TAASmall"/>
        <w:rPr>
          <w:rFonts w:ascii="Times New Roman" w:hAnsi="Times New Roman" w:cs="Times New Roman"/>
          <w:sz w:val="24"/>
          <w:szCs w:val="24"/>
        </w:rPr>
      </w:pPr>
    </w:p>
    <w:p w14:paraId="627235BF" w14:textId="77777777" w:rsidR="004F4DE7" w:rsidRPr="00427C04" w:rsidRDefault="004F4DE7" w:rsidP="004F4DE7">
      <w:pPr>
        <w:pStyle w:val="TAASmall"/>
        <w:rPr>
          <w:rFonts w:ascii="Times New Roman" w:hAnsi="Times New Roman" w:cs="Times New Roman"/>
          <w:sz w:val="24"/>
          <w:szCs w:val="24"/>
        </w:rPr>
      </w:pPr>
    </w:p>
    <w:p w14:paraId="4BBD7427" w14:textId="77777777" w:rsidR="004F4DE7" w:rsidRPr="00427C04" w:rsidRDefault="004F4DE7" w:rsidP="004F4DE7">
      <w:pPr>
        <w:pStyle w:val="TAASmall"/>
        <w:rPr>
          <w:rFonts w:ascii="Times New Roman" w:hAnsi="Times New Roman" w:cs="Times New Roman"/>
          <w:sz w:val="24"/>
          <w:szCs w:val="24"/>
        </w:rPr>
      </w:pPr>
    </w:p>
    <w:p w14:paraId="192F21D5" w14:textId="77777777" w:rsidR="004F4DE7" w:rsidRPr="00427C04" w:rsidRDefault="004F4DE7" w:rsidP="004F4DE7">
      <w:pPr>
        <w:pStyle w:val="TAASmall"/>
        <w:rPr>
          <w:rFonts w:ascii="Times New Roman" w:hAnsi="Times New Roman" w:cs="Times New Roman"/>
          <w:sz w:val="24"/>
          <w:szCs w:val="24"/>
        </w:rPr>
      </w:pPr>
    </w:p>
    <w:p w14:paraId="4D14D11F" w14:textId="77777777" w:rsidR="004F4DE7" w:rsidRPr="00427C04" w:rsidRDefault="004F4DE7" w:rsidP="004F4DE7">
      <w:pPr>
        <w:pStyle w:val="TAASmall"/>
        <w:rPr>
          <w:rFonts w:ascii="Times New Roman" w:hAnsi="Times New Roman" w:cs="Times New Roman"/>
          <w:sz w:val="24"/>
          <w:szCs w:val="24"/>
        </w:rPr>
      </w:pPr>
    </w:p>
    <w:p w14:paraId="5EB992C9" w14:textId="77777777" w:rsidR="004F4DE7" w:rsidRPr="00427C04" w:rsidRDefault="004F4DE7" w:rsidP="004F4DE7">
      <w:pPr>
        <w:pStyle w:val="TAASmall"/>
        <w:rPr>
          <w:rFonts w:ascii="Times New Roman" w:hAnsi="Times New Roman" w:cs="Times New Roman"/>
          <w:sz w:val="24"/>
          <w:szCs w:val="24"/>
        </w:rPr>
      </w:pPr>
    </w:p>
    <w:p w14:paraId="29DAFACD" w14:textId="77777777" w:rsidR="004F4DE7" w:rsidRPr="00427C04" w:rsidRDefault="004F4DE7" w:rsidP="004F4DE7">
      <w:pPr>
        <w:pStyle w:val="TAASmall"/>
        <w:rPr>
          <w:rFonts w:ascii="Times New Roman" w:hAnsi="Times New Roman" w:cs="Times New Roman"/>
          <w:sz w:val="24"/>
          <w:szCs w:val="24"/>
        </w:rPr>
      </w:pPr>
    </w:p>
    <w:p w14:paraId="7D4777AF" w14:textId="77777777" w:rsidR="004F4DE7" w:rsidRPr="00427C04" w:rsidRDefault="004F4DE7" w:rsidP="004F4DE7">
      <w:pPr>
        <w:pStyle w:val="TAASmall"/>
        <w:rPr>
          <w:rFonts w:ascii="Times New Roman" w:hAnsi="Times New Roman" w:cs="Times New Roman"/>
          <w:sz w:val="24"/>
          <w:szCs w:val="24"/>
        </w:rPr>
      </w:pPr>
    </w:p>
    <w:p w14:paraId="3056F064" w14:textId="77777777" w:rsidR="004F4DE7" w:rsidRPr="00427C04" w:rsidRDefault="004F4DE7" w:rsidP="004F4DE7">
      <w:pPr>
        <w:pStyle w:val="TAASmall"/>
        <w:rPr>
          <w:rFonts w:ascii="Times New Roman" w:hAnsi="Times New Roman" w:cs="Times New Roman"/>
          <w:sz w:val="24"/>
          <w:szCs w:val="24"/>
        </w:rPr>
      </w:pPr>
    </w:p>
    <w:p w14:paraId="4797A61D" w14:textId="77777777" w:rsidR="004F4DE7" w:rsidRPr="00427C04" w:rsidRDefault="004F4DE7" w:rsidP="004F4DE7">
      <w:pPr>
        <w:pStyle w:val="TAASmall"/>
        <w:rPr>
          <w:rFonts w:ascii="Times New Roman" w:hAnsi="Times New Roman" w:cs="Times New Roman"/>
          <w:sz w:val="24"/>
          <w:szCs w:val="24"/>
        </w:rPr>
      </w:pPr>
    </w:p>
    <w:p w14:paraId="050681CC" w14:textId="77777777" w:rsidR="004F4DE7" w:rsidRPr="00427C04" w:rsidRDefault="004F4DE7" w:rsidP="004F4DE7">
      <w:pPr>
        <w:pStyle w:val="TAASmall"/>
        <w:rPr>
          <w:rFonts w:ascii="Times New Roman" w:hAnsi="Times New Roman" w:cs="Times New Roman"/>
          <w:sz w:val="24"/>
          <w:szCs w:val="24"/>
        </w:rPr>
      </w:pPr>
    </w:p>
    <w:p w14:paraId="66D02AE0" w14:textId="77777777" w:rsidR="004F4DE7" w:rsidRPr="00427C04" w:rsidRDefault="004F4DE7" w:rsidP="004F4DE7">
      <w:pPr>
        <w:pStyle w:val="TAASmall"/>
        <w:rPr>
          <w:rFonts w:ascii="Times New Roman" w:hAnsi="Times New Roman" w:cs="Times New Roman"/>
          <w:sz w:val="24"/>
          <w:szCs w:val="24"/>
        </w:rPr>
      </w:pPr>
    </w:p>
    <w:p w14:paraId="1F213351" w14:textId="77777777" w:rsidR="004F4DE7" w:rsidRPr="00427C04" w:rsidRDefault="004F4DE7" w:rsidP="004F4DE7">
      <w:pPr>
        <w:pStyle w:val="TAASmall"/>
        <w:rPr>
          <w:rFonts w:ascii="Times New Roman" w:hAnsi="Times New Roman" w:cs="Times New Roman"/>
          <w:sz w:val="24"/>
          <w:szCs w:val="24"/>
        </w:rPr>
      </w:pPr>
    </w:p>
    <w:p w14:paraId="25354722" w14:textId="77777777" w:rsidR="004F4DE7" w:rsidRPr="00427C04" w:rsidRDefault="004F4DE7" w:rsidP="004F4DE7">
      <w:pPr>
        <w:pStyle w:val="TAASmall"/>
        <w:rPr>
          <w:rFonts w:ascii="Times New Roman" w:hAnsi="Times New Roman" w:cs="Times New Roman"/>
          <w:sz w:val="24"/>
          <w:szCs w:val="24"/>
        </w:rPr>
      </w:pPr>
    </w:p>
    <w:p w14:paraId="1CD0D47D" w14:textId="77777777" w:rsidR="004F4DE7" w:rsidRPr="00427C04" w:rsidRDefault="004F4DE7" w:rsidP="004F4DE7">
      <w:pPr>
        <w:pStyle w:val="TAASmall"/>
        <w:rPr>
          <w:rFonts w:ascii="Times New Roman" w:hAnsi="Times New Roman" w:cs="Times New Roman"/>
          <w:sz w:val="24"/>
          <w:szCs w:val="24"/>
        </w:rPr>
      </w:pPr>
    </w:p>
    <w:p w14:paraId="19C9D03B" w14:textId="77777777" w:rsidR="004F4DE7" w:rsidRPr="00427C04" w:rsidRDefault="004F4DE7" w:rsidP="004F4DE7">
      <w:pPr>
        <w:pStyle w:val="TAASmall"/>
        <w:rPr>
          <w:rFonts w:ascii="Times New Roman" w:hAnsi="Times New Roman" w:cs="Times New Roman"/>
          <w:sz w:val="24"/>
          <w:szCs w:val="24"/>
        </w:rPr>
      </w:pPr>
    </w:p>
    <w:p w14:paraId="16F85AFA" w14:textId="77777777" w:rsidR="004F4DE7" w:rsidRPr="00427C04" w:rsidRDefault="004F4DE7" w:rsidP="004F4DE7">
      <w:pPr>
        <w:pStyle w:val="TAASmall"/>
        <w:rPr>
          <w:rFonts w:ascii="Times New Roman" w:hAnsi="Times New Roman" w:cs="Times New Roman"/>
          <w:sz w:val="24"/>
          <w:szCs w:val="24"/>
        </w:rPr>
      </w:pPr>
    </w:p>
    <w:p w14:paraId="79F80A84" w14:textId="77777777" w:rsidR="004F4DE7" w:rsidRPr="00427C04" w:rsidRDefault="004F4DE7" w:rsidP="004F4DE7">
      <w:pPr>
        <w:pStyle w:val="TAASmall"/>
        <w:rPr>
          <w:rFonts w:ascii="Times New Roman" w:hAnsi="Times New Roman" w:cs="Times New Roman"/>
          <w:sz w:val="24"/>
          <w:szCs w:val="24"/>
        </w:rPr>
      </w:pPr>
    </w:p>
    <w:p w14:paraId="79032DF5" w14:textId="77777777" w:rsidR="004F4DE7" w:rsidRPr="00427C04" w:rsidRDefault="004F4DE7" w:rsidP="004F4DE7">
      <w:pPr>
        <w:pStyle w:val="TAASmall"/>
        <w:rPr>
          <w:rFonts w:ascii="Times New Roman" w:hAnsi="Times New Roman" w:cs="Times New Roman"/>
          <w:sz w:val="24"/>
          <w:szCs w:val="24"/>
        </w:rPr>
      </w:pPr>
    </w:p>
    <w:p w14:paraId="7DA38397" w14:textId="0B2427DA" w:rsidR="000B7F34" w:rsidRPr="00427C04" w:rsidRDefault="00000000" w:rsidP="004F4DE7">
      <w:pPr>
        <w:pStyle w:val="Heading2"/>
        <w:jc w:val="center"/>
        <w:rPr>
          <w:rFonts w:ascii="Times New Roman" w:hAnsi="Times New Roman" w:cs="Times New Roman"/>
          <w:sz w:val="24"/>
          <w:szCs w:val="24"/>
        </w:rPr>
      </w:pPr>
      <w:r w:rsidRPr="00427C04">
        <w:rPr>
          <w:rFonts w:ascii="Times New Roman" w:hAnsi="Times New Roman" w:cs="Times New Roman"/>
          <w:sz w:val="24"/>
          <w:szCs w:val="24"/>
        </w:rPr>
        <w:lastRenderedPageBreak/>
        <w:t>EDITOR AFFILIATION</w:t>
      </w:r>
    </w:p>
    <w:p w14:paraId="39156F34" w14:textId="77777777" w:rsidR="004F4DE7" w:rsidRPr="00427C04" w:rsidRDefault="004F4DE7" w:rsidP="004F4DE7">
      <w:pPr>
        <w:pStyle w:val="TAASmall"/>
        <w:jc w:val="center"/>
        <w:rPr>
          <w:rFonts w:ascii="Times New Roman" w:hAnsi="Times New Roman" w:cs="Times New Roman"/>
          <w:sz w:val="24"/>
          <w:szCs w:val="24"/>
        </w:rPr>
      </w:pPr>
    </w:p>
    <w:p w14:paraId="78C76718" w14:textId="77777777" w:rsidR="004F4DE7" w:rsidRPr="00427C04" w:rsidRDefault="004F4DE7" w:rsidP="004F4DE7">
      <w:pPr>
        <w:pStyle w:val="TAASmall"/>
        <w:jc w:val="center"/>
        <w:rPr>
          <w:rFonts w:ascii="Times New Roman" w:hAnsi="Times New Roman" w:cs="Times New Roman"/>
          <w:sz w:val="24"/>
          <w:szCs w:val="24"/>
        </w:rPr>
      </w:pPr>
    </w:p>
    <w:p w14:paraId="48180C73" w14:textId="77777777" w:rsidR="004F4DE7" w:rsidRPr="00427C04" w:rsidRDefault="004F4DE7" w:rsidP="004F4DE7">
      <w:pPr>
        <w:pStyle w:val="TAASmall"/>
        <w:jc w:val="center"/>
        <w:rPr>
          <w:rFonts w:ascii="Times New Roman" w:hAnsi="Times New Roman" w:cs="Times New Roman"/>
          <w:sz w:val="24"/>
          <w:szCs w:val="24"/>
        </w:rPr>
      </w:pPr>
    </w:p>
    <w:p w14:paraId="3AEDB795" w14:textId="77777777" w:rsidR="004F4DE7" w:rsidRPr="00427C04" w:rsidRDefault="004F4DE7" w:rsidP="004F4DE7">
      <w:pPr>
        <w:pStyle w:val="TAASmall"/>
        <w:jc w:val="center"/>
        <w:rPr>
          <w:rFonts w:ascii="Times New Roman" w:hAnsi="Times New Roman" w:cs="Times New Roman"/>
          <w:sz w:val="24"/>
          <w:szCs w:val="24"/>
        </w:rPr>
      </w:pPr>
    </w:p>
    <w:p w14:paraId="7ACF01A3" w14:textId="77777777" w:rsidR="004F4DE7" w:rsidRPr="00427C04" w:rsidRDefault="004F4DE7" w:rsidP="004F4DE7">
      <w:pPr>
        <w:pStyle w:val="TAASmall"/>
        <w:jc w:val="center"/>
        <w:rPr>
          <w:rFonts w:ascii="Times New Roman" w:hAnsi="Times New Roman" w:cs="Times New Roman"/>
          <w:sz w:val="24"/>
          <w:szCs w:val="24"/>
        </w:rPr>
      </w:pPr>
    </w:p>
    <w:p w14:paraId="0405E9C2" w14:textId="77777777" w:rsidR="004F4DE7" w:rsidRPr="00427C04" w:rsidRDefault="004F4DE7" w:rsidP="004F4DE7">
      <w:pPr>
        <w:pStyle w:val="TAASmall"/>
        <w:jc w:val="center"/>
        <w:rPr>
          <w:rFonts w:ascii="Times New Roman" w:hAnsi="Times New Roman" w:cs="Times New Roman"/>
          <w:sz w:val="24"/>
          <w:szCs w:val="24"/>
        </w:rPr>
      </w:pPr>
    </w:p>
    <w:p w14:paraId="0A6FD6DE" w14:textId="77777777" w:rsidR="004F4DE7" w:rsidRPr="00427C04" w:rsidRDefault="004F4DE7" w:rsidP="004F4DE7">
      <w:pPr>
        <w:pStyle w:val="TAASmall"/>
        <w:jc w:val="center"/>
        <w:rPr>
          <w:rFonts w:ascii="Times New Roman" w:hAnsi="Times New Roman" w:cs="Times New Roman"/>
          <w:sz w:val="24"/>
          <w:szCs w:val="24"/>
        </w:rPr>
      </w:pPr>
    </w:p>
    <w:p w14:paraId="39594732" w14:textId="77777777" w:rsidR="004F4DE7" w:rsidRPr="00427C04" w:rsidRDefault="004F4DE7" w:rsidP="004F4DE7">
      <w:pPr>
        <w:pStyle w:val="TAASmall"/>
        <w:jc w:val="center"/>
        <w:rPr>
          <w:rFonts w:ascii="Times New Roman" w:hAnsi="Times New Roman" w:cs="Times New Roman"/>
          <w:sz w:val="24"/>
          <w:szCs w:val="24"/>
        </w:rPr>
      </w:pPr>
    </w:p>
    <w:p w14:paraId="016A3FD0" w14:textId="77777777" w:rsidR="004F4DE7" w:rsidRPr="00427C04" w:rsidRDefault="004F4DE7" w:rsidP="004F4DE7">
      <w:pPr>
        <w:pStyle w:val="TAASmall"/>
        <w:jc w:val="center"/>
        <w:rPr>
          <w:rFonts w:ascii="Times New Roman" w:hAnsi="Times New Roman" w:cs="Times New Roman"/>
          <w:sz w:val="24"/>
          <w:szCs w:val="24"/>
        </w:rPr>
      </w:pPr>
    </w:p>
    <w:p w14:paraId="0D5130ED" w14:textId="77777777" w:rsidR="004F4DE7" w:rsidRPr="00427C04" w:rsidRDefault="004F4DE7" w:rsidP="004F4DE7">
      <w:pPr>
        <w:pStyle w:val="TAASmall"/>
        <w:jc w:val="center"/>
        <w:rPr>
          <w:rFonts w:ascii="Times New Roman" w:hAnsi="Times New Roman" w:cs="Times New Roman"/>
          <w:sz w:val="24"/>
          <w:szCs w:val="24"/>
        </w:rPr>
      </w:pPr>
    </w:p>
    <w:p w14:paraId="5B248B5F" w14:textId="77777777" w:rsidR="004F4DE7" w:rsidRPr="00427C04" w:rsidRDefault="004F4DE7" w:rsidP="004F4DE7">
      <w:pPr>
        <w:pStyle w:val="TAASmall"/>
        <w:jc w:val="center"/>
        <w:rPr>
          <w:rFonts w:ascii="Times New Roman" w:hAnsi="Times New Roman" w:cs="Times New Roman"/>
          <w:sz w:val="24"/>
          <w:szCs w:val="24"/>
        </w:rPr>
      </w:pPr>
    </w:p>
    <w:p w14:paraId="3B3D1012" w14:textId="77777777" w:rsidR="004F4DE7" w:rsidRPr="00427C04" w:rsidRDefault="004F4DE7" w:rsidP="004F4DE7">
      <w:pPr>
        <w:pStyle w:val="TAASmall"/>
        <w:jc w:val="center"/>
        <w:rPr>
          <w:rFonts w:ascii="Times New Roman" w:hAnsi="Times New Roman" w:cs="Times New Roman"/>
          <w:sz w:val="24"/>
          <w:szCs w:val="24"/>
        </w:rPr>
      </w:pPr>
    </w:p>
    <w:p w14:paraId="463F476D" w14:textId="77777777" w:rsidR="004F4DE7" w:rsidRPr="00427C04" w:rsidRDefault="004F4DE7" w:rsidP="004F4DE7">
      <w:pPr>
        <w:pStyle w:val="TAASmall"/>
        <w:jc w:val="center"/>
        <w:rPr>
          <w:rFonts w:ascii="Times New Roman" w:hAnsi="Times New Roman" w:cs="Times New Roman"/>
          <w:sz w:val="24"/>
          <w:szCs w:val="24"/>
        </w:rPr>
      </w:pPr>
    </w:p>
    <w:p w14:paraId="243290B0" w14:textId="77777777" w:rsidR="004F4DE7" w:rsidRPr="00427C04" w:rsidRDefault="004F4DE7" w:rsidP="004F4DE7">
      <w:pPr>
        <w:pStyle w:val="TAASmall"/>
        <w:jc w:val="center"/>
        <w:rPr>
          <w:rFonts w:ascii="Times New Roman" w:hAnsi="Times New Roman" w:cs="Times New Roman"/>
          <w:sz w:val="24"/>
          <w:szCs w:val="24"/>
        </w:rPr>
      </w:pPr>
    </w:p>
    <w:p w14:paraId="7523AB2D" w14:textId="77777777" w:rsidR="004F4DE7" w:rsidRPr="00427C04" w:rsidRDefault="004F4DE7" w:rsidP="004F4DE7">
      <w:pPr>
        <w:pStyle w:val="TAASmall"/>
        <w:jc w:val="center"/>
        <w:rPr>
          <w:rFonts w:ascii="Times New Roman" w:hAnsi="Times New Roman" w:cs="Times New Roman"/>
          <w:sz w:val="24"/>
          <w:szCs w:val="24"/>
        </w:rPr>
      </w:pPr>
    </w:p>
    <w:p w14:paraId="42B0FCBF" w14:textId="77777777" w:rsidR="004F4DE7" w:rsidRPr="00427C04" w:rsidRDefault="004F4DE7" w:rsidP="004F4DE7">
      <w:pPr>
        <w:pStyle w:val="TAASmall"/>
        <w:jc w:val="center"/>
        <w:rPr>
          <w:rFonts w:ascii="Times New Roman" w:hAnsi="Times New Roman" w:cs="Times New Roman"/>
          <w:sz w:val="24"/>
          <w:szCs w:val="24"/>
        </w:rPr>
      </w:pPr>
    </w:p>
    <w:p w14:paraId="2B101FE6" w14:textId="77777777" w:rsidR="004F4DE7" w:rsidRPr="00427C04" w:rsidRDefault="004F4DE7" w:rsidP="004F4DE7">
      <w:pPr>
        <w:pStyle w:val="TAASmall"/>
        <w:jc w:val="center"/>
        <w:rPr>
          <w:rFonts w:ascii="Times New Roman" w:hAnsi="Times New Roman" w:cs="Times New Roman"/>
          <w:sz w:val="24"/>
          <w:szCs w:val="24"/>
        </w:rPr>
      </w:pPr>
    </w:p>
    <w:p w14:paraId="595C32AC" w14:textId="77777777" w:rsidR="004F4DE7" w:rsidRPr="00427C04" w:rsidRDefault="004F4DE7" w:rsidP="004F4DE7">
      <w:pPr>
        <w:pStyle w:val="TAASmall"/>
        <w:jc w:val="center"/>
        <w:rPr>
          <w:rFonts w:ascii="Times New Roman" w:hAnsi="Times New Roman" w:cs="Times New Roman"/>
          <w:sz w:val="24"/>
          <w:szCs w:val="24"/>
        </w:rPr>
      </w:pPr>
    </w:p>
    <w:p w14:paraId="3DAFD27F" w14:textId="77777777" w:rsidR="004F4DE7" w:rsidRPr="00427C04" w:rsidRDefault="004F4DE7" w:rsidP="004F4DE7">
      <w:pPr>
        <w:pStyle w:val="TAASmall"/>
        <w:jc w:val="center"/>
        <w:rPr>
          <w:rFonts w:ascii="Times New Roman" w:hAnsi="Times New Roman" w:cs="Times New Roman"/>
          <w:sz w:val="24"/>
          <w:szCs w:val="24"/>
        </w:rPr>
      </w:pPr>
    </w:p>
    <w:p w14:paraId="19ED0265" w14:textId="77777777" w:rsidR="004F4DE7" w:rsidRPr="00427C04" w:rsidRDefault="004F4DE7" w:rsidP="004F4DE7">
      <w:pPr>
        <w:pStyle w:val="TAASmall"/>
        <w:jc w:val="center"/>
        <w:rPr>
          <w:rFonts w:ascii="Times New Roman" w:hAnsi="Times New Roman" w:cs="Times New Roman"/>
          <w:sz w:val="24"/>
          <w:szCs w:val="24"/>
        </w:rPr>
      </w:pPr>
    </w:p>
    <w:p w14:paraId="6B6D3D4E" w14:textId="77777777" w:rsidR="004F4DE7" w:rsidRPr="00427C04" w:rsidRDefault="004F4DE7" w:rsidP="004F4DE7">
      <w:pPr>
        <w:pStyle w:val="TAASmall"/>
        <w:jc w:val="center"/>
        <w:rPr>
          <w:rFonts w:ascii="Times New Roman" w:hAnsi="Times New Roman" w:cs="Times New Roman"/>
          <w:sz w:val="24"/>
          <w:szCs w:val="24"/>
        </w:rPr>
      </w:pPr>
    </w:p>
    <w:p w14:paraId="1D74E6FD" w14:textId="77777777" w:rsidR="004F4DE7" w:rsidRPr="00427C04" w:rsidRDefault="004F4DE7" w:rsidP="004F4DE7">
      <w:pPr>
        <w:pStyle w:val="TAASmall"/>
        <w:jc w:val="center"/>
        <w:rPr>
          <w:rFonts w:ascii="Times New Roman" w:hAnsi="Times New Roman" w:cs="Times New Roman"/>
          <w:sz w:val="24"/>
          <w:szCs w:val="24"/>
        </w:rPr>
      </w:pPr>
    </w:p>
    <w:p w14:paraId="0996D8CD" w14:textId="77777777" w:rsidR="004F4DE7" w:rsidRPr="00427C04" w:rsidRDefault="004F4DE7" w:rsidP="004F4DE7">
      <w:pPr>
        <w:pStyle w:val="TAASmall"/>
        <w:jc w:val="center"/>
        <w:rPr>
          <w:rFonts w:ascii="Times New Roman" w:hAnsi="Times New Roman" w:cs="Times New Roman"/>
          <w:sz w:val="24"/>
          <w:szCs w:val="24"/>
        </w:rPr>
      </w:pPr>
    </w:p>
    <w:p w14:paraId="7B97F23A" w14:textId="77777777" w:rsidR="004F4DE7" w:rsidRPr="00427C04" w:rsidRDefault="004F4DE7" w:rsidP="004F4DE7">
      <w:pPr>
        <w:pStyle w:val="TAASmall"/>
        <w:jc w:val="center"/>
        <w:rPr>
          <w:rFonts w:ascii="Times New Roman" w:hAnsi="Times New Roman" w:cs="Times New Roman"/>
          <w:sz w:val="24"/>
          <w:szCs w:val="24"/>
        </w:rPr>
      </w:pPr>
    </w:p>
    <w:p w14:paraId="6F21AA97" w14:textId="77777777" w:rsidR="004F4DE7" w:rsidRPr="00427C04" w:rsidRDefault="004F4DE7" w:rsidP="004F4DE7">
      <w:pPr>
        <w:pStyle w:val="TAASmall"/>
        <w:jc w:val="center"/>
        <w:rPr>
          <w:rFonts w:ascii="Times New Roman" w:hAnsi="Times New Roman" w:cs="Times New Roman"/>
          <w:sz w:val="24"/>
          <w:szCs w:val="24"/>
        </w:rPr>
      </w:pPr>
    </w:p>
    <w:p w14:paraId="2FDD4A8B" w14:textId="77777777" w:rsidR="004F4DE7" w:rsidRPr="00427C04" w:rsidRDefault="004F4DE7" w:rsidP="004F4DE7">
      <w:pPr>
        <w:pStyle w:val="TAASmall"/>
        <w:jc w:val="center"/>
        <w:rPr>
          <w:rFonts w:ascii="Times New Roman" w:hAnsi="Times New Roman" w:cs="Times New Roman"/>
          <w:sz w:val="24"/>
          <w:szCs w:val="24"/>
        </w:rPr>
      </w:pPr>
    </w:p>
    <w:p w14:paraId="1F8290D0" w14:textId="77777777" w:rsidR="004F4DE7" w:rsidRPr="00427C04" w:rsidRDefault="004F4DE7" w:rsidP="004F4DE7">
      <w:pPr>
        <w:pStyle w:val="TAASmall"/>
        <w:jc w:val="center"/>
        <w:rPr>
          <w:rFonts w:ascii="Times New Roman" w:hAnsi="Times New Roman" w:cs="Times New Roman"/>
          <w:sz w:val="24"/>
          <w:szCs w:val="24"/>
        </w:rPr>
      </w:pPr>
    </w:p>
    <w:p w14:paraId="13ED6AA1" w14:textId="77777777" w:rsidR="004F4DE7" w:rsidRPr="00427C04" w:rsidRDefault="004F4DE7" w:rsidP="004F4DE7">
      <w:pPr>
        <w:pStyle w:val="TAASmall"/>
        <w:jc w:val="center"/>
        <w:rPr>
          <w:rFonts w:ascii="Times New Roman" w:hAnsi="Times New Roman" w:cs="Times New Roman"/>
          <w:sz w:val="24"/>
          <w:szCs w:val="24"/>
        </w:rPr>
      </w:pPr>
    </w:p>
    <w:p w14:paraId="47B1420F" w14:textId="77777777" w:rsidR="004F4DE7" w:rsidRPr="00427C04" w:rsidRDefault="004F4DE7" w:rsidP="00427C04">
      <w:pPr>
        <w:pStyle w:val="TAASmall"/>
        <w:rPr>
          <w:rFonts w:ascii="Times New Roman" w:hAnsi="Times New Roman" w:cs="Times New Roman"/>
          <w:sz w:val="24"/>
          <w:szCs w:val="24"/>
        </w:rPr>
      </w:pPr>
    </w:p>
    <w:p w14:paraId="7E891B49" w14:textId="77777777" w:rsidR="000B7F34" w:rsidRPr="00427C04" w:rsidRDefault="00000000">
      <w:pPr>
        <w:pStyle w:val="TAASectionLabel"/>
        <w:rPr>
          <w:rFonts w:ascii="Times New Roman" w:hAnsi="Times New Roman" w:cs="Times New Roman"/>
          <w:sz w:val="24"/>
          <w:szCs w:val="24"/>
        </w:rPr>
      </w:pPr>
      <w:r w:rsidRPr="00427C04">
        <w:rPr>
          <w:rFonts w:ascii="Times New Roman" w:hAnsi="Times New Roman" w:cs="Times New Roman"/>
          <w:sz w:val="24"/>
          <w:szCs w:val="24"/>
        </w:rPr>
        <w:lastRenderedPageBreak/>
        <w:t>EDITOR BIOGRAPHY</w:t>
      </w:r>
    </w:p>
    <w:p w14:paraId="41BB3E66" w14:textId="77777777" w:rsidR="004F4DE7" w:rsidRPr="00427C04" w:rsidRDefault="004F4DE7">
      <w:pPr>
        <w:pStyle w:val="TAASectionLabel"/>
        <w:rPr>
          <w:rFonts w:ascii="Times New Roman" w:hAnsi="Times New Roman" w:cs="Times New Roman"/>
          <w:sz w:val="24"/>
          <w:szCs w:val="24"/>
        </w:rPr>
      </w:pPr>
    </w:p>
    <w:p w14:paraId="11FD3D65" w14:textId="77777777" w:rsidR="004F4DE7" w:rsidRPr="00427C04" w:rsidRDefault="004F4DE7">
      <w:pPr>
        <w:pStyle w:val="TAASectionLabel"/>
        <w:rPr>
          <w:rFonts w:ascii="Times New Roman" w:hAnsi="Times New Roman" w:cs="Times New Roman"/>
          <w:sz w:val="24"/>
          <w:szCs w:val="24"/>
        </w:rPr>
      </w:pPr>
    </w:p>
    <w:p w14:paraId="319AC639" w14:textId="77777777" w:rsidR="004F4DE7" w:rsidRPr="00427C04" w:rsidRDefault="004F4DE7">
      <w:pPr>
        <w:pStyle w:val="TAASectionLabel"/>
        <w:rPr>
          <w:rFonts w:ascii="Times New Roman" w:hAnsi="Times New Roman" w:cs="Times New Roman"/>
          <w:sz w:val="24"/>
          <w:szCs w:val="24"/>
        </w:rPr>
      </w:pPr>
    </w:p>
    <w:p w14:paraId="0BB281BB" w14:textId="77777777" w:rsidR="004F4DE7" w:rsidRPr="00427C04" w:rsidRDefault="004F4DE7">
      <w:pPr>
        <w:pStyle w:val="TAASectionLabel"/>
        <w:rPr>
          <w:rFonts w:ascii="Times New Roman" w:hAnsi="Times New Roman" w:cs="Times New Roman"/>
          <w:sz w:val="24"/>
          <w:szCs w:val="24"/>
        </w:rPr>
      </w:pPr>
    </w:p>
    <w:p w14:paraId="3AFE949C" w14:textId="77777777" w:rsidR="004F4DE7" w:rsidRPr="00427C04" w:rsidRDefault="004F4DE7">
      <w:pPr>
        <w:pStyle w:val="TAASectionLabel"/>
        <w:rPr>
          <w:rFonts w:ascii="Times New Roman" w:hAnsi="Times New Roman" w:cs="Times New Roman"/>
          <w:sz w:val="24"/>
          <w:szCs w:val="24"/>
        </w:rPr>
      </w:pPr>
    </w:p>
    <w:p w14:paraId="0ABAE5DE" w14:textId="77777777" w:rsidR="004F4DE7" w:rsidRPr="00427C04" w:rsidRDefault="004F4DE7">
      <w:pPr>
        <w:pStyle w:val="TAASectionLabel"/>
        <w:rPr>
          <w:rFonts w:ascii="Times New Roman" w:hAnsi="Times New Roman" w:cs="Times New Roman"/>
          <w:sz w:val="24"/>
          <w:szCs w:val="24"/>
        </w:rPr>
      </w:pPr>
    </w:p>
    <w:p w14:paraId="0FAB8A94" w14:textId="77777777" w:rsidR="004F4DE7" w:rsidRPr="00427C04" w:rsidRDefault="004F4DE7">
      <w:pPr>
        <w:pStyle w:val="TAASectionLabel"/>
        <w:rPr>
          <w:rFonts w:ascii="Times New Roman" w:hAnsi="Times New Roman" w:cs="Times New Roman"/>
          <w:sz w:val="24"/>
          <w:szCs w:val="24"/>
        </w:rPr>
      </w:pPr>
    </w:p>
    <w:p w14:paraId="0BEFFC40" w14:textId="77777777" w:rsidR="004F4DE7" w:rsidRPr="00427C04" w:rsidRDefault="004F4DE7">
      <w:pPr>
        <w:pStyle w:val="TAASectionLabel"/>
        <w:rPr>
          <w:rFonts w:ascii="Times New Roman" w:hAnsi="Times New Roman" w:cs="Times New Roman"/>
          <w:sz w:val="24"/>
          <w:szCs w:val="24"/>
        </w:rPr>
      </w:pPr>
    </w:p>
    <w:p w14:paraId="54A1CD9E" w14:textId="77777777" w:rsidR="004F4DE7" w:rsidRPr="00427C04" w:rsidRDefault="004F4DE7">
      <w:pPr>
        <w:pStyle w:val="TAASectionLabel"/>
        <w:rPr>
          <w:rFonts w:ascii="Times New Roman" w:hAnsi="Times New Roman" w:cs="Times New Roman"/>
          <w:sz w:val="24"/>
          <w:szCs w:val="24"/>
        </w:rPr>
      </w:pPr>
    </w:p>
    <w:p w14:paraId="3E1E31F4" w14:textId="77777777" w:rsidR="004F4DE7" w:rsidRPr="00427C04" w:rsidRDefault="004F4DE7">
      <w:pPr>
        <w:pStyle w:val="TAASectionLabel"/>
        <w:rPr>
          <w:rFonts w:ascii="Times New Roman" w:hAnsi="Times New Roman" w:cs="Times New Roman"/>
          <w:sz w:val="24"/>
          <w:szCs w:val="24"/>
        </w:rPr>
      </w:pPr>
    </w:p>
    <w:p w14:paraId="6F574ADF" w14:textId="77777777" w:rsidR="004F4DE7" w:rsidRPr="00427C04" w:rsidRDefault="004F4DE7">
      <w:pPr>
        <w:pStyle w:val="TAASectionLabel"/>
        <w:rPr>
          <w:rFonts w:ascii="Times New Roman" w:hAnsi="Times New Roman" w:cs="Times New Roman"/>
          <w:sz w:val="24"/>
          <w:szCs w:val="24"/>
        </w:rPr>
      </w:pPr>
    </w:p>
    <w:p w14:paraId="714CD0BE" w14:textId="77777777" w:rsidR="004F4DE7" w:rsidRPr="00427C04" w:rsidRDefault="004F4DE7">
      <w:pPr>
        <w:pStyle w:val="TAASectionLabel"/>
        <w:rPr>
          <w:rFonts w:ascii="Times New Roman" w:hAnsi="Times New Roman" w:cs="Times New Roman"/>
          <w:sz w:val="24"/>
          <w:szCs w:val="24"/>
        </w:rPr>
      </w:pPr>
    </w:p>
    <w:p w14:paraId="7B01CA11" w14:textId="77777777" w:rsidR="004F4DE7" w:rsidRPr="00427C04" w:rsidRDefault="004F4DE7">
      <w:pPr>
        <w:pStyle w:val="TAASectionLabel"/>
        <w:rPr>
          <w:rFonts w:ascii="Times New Roman" w:hAnsi="Times New Roman" w:cs="Times New Roman"/>
          <w:sz w:val="24"/>
          <w:szCs w:val="24"/>
        </w:rPr>
      </w:pPr>
    </w:p>
    <w:p w14:paraId="5CADDE91" w14:textId="77777777" w:rsidR="004F4DE7" w:rsidRPr="00427C04" w:rsidRDefault="004F4DE7">
      <w:pPr>
        <w:pStyle w:val="TAASectionLabel"/>
        <w:rPr>
          <w:rFonts w:ascii="Times New Roman" w:hAnsi="Times New Roman" w:cs="Times New Roman"/>
          <w:sz w:val="24"/>
          <w:szCs w:val="24"/>
        </w:rPr>
      </w:pPr>
    </w:p>
    <w:p w14:paraId="5C034C45" w14:textId="77777777" w:rsidR="004F4DE7" w:rsidRPr="00427C04" w:rsidRDefault="004F4DE7">
      <w:pPr>
        <w:pStyle w:val="TAASectionLabel"/>
        <w:rPr>
          <w:rFonts w:ascii="Times New Roman" w:hAnsi="Times New Roman" w:cs="Times New Roman"/>
          <w:sz w:val="24"/>
          <w:szCs w:val="24"/>
        </w:rPr>
      </w:pPr>
    </w:p>
    <w:p w14:paraId="4873EF2A" w14:textId="77777777" w:rsidR="004F4DE7" w:rsidRPr="00427C04" w:rsidRDefault="004F4DE7">
      <w:pPr>
        <w:pStyle w:val="TAASectionLabel"/>
        <w:rPr>
          <w:rFonts w:ascii="Times New Roman" w:hAnsi="Times New Roman" w:cs="Times New Roman"/>
          <w:sz w:val="24"/>
          <w:szCs w:val="24"/>
        </w:rPr>
      </w:pPr>
    </w:p>
    <w:p w14:paraId="1483C2AE" w14:textId="77777777" w:rsidR="004F4DE7" w:rsidRPr="00427C04" w:rsidRDefault="004F4DE7">
      <w:pPr>
        <w:pStyle w:val="TAASectionLabel"/>
        <w:rPr>
          <w:rFonts w:ascii="Times New Roman" w:hAnsi="Times New Roman" w:cs="Times New Roman"/>
          <w:sz w:val="24"/>
          <w:szCs w:val="24"/>
        </w:rPr>
      </w:pPr>
    </w:p>
    <w:p w14:paraId="58F5559E" w14:textId="77777777" w:rsidR="004F4DE7" w:rsidRPr="00427C04" w:rsidRDefault="004F4DE7">
      <w:pPr>
        <w:pStyle w:val="TAASectionLabel"/>
        <w:rPr>
          <w:rFonts w:ascii="Times New Roman" w:hAnsi="Times New Roman" w:cs="Times New Roman"/>
          <w:sz w:val="24"/>
          <w:szCs w:val="24"/>
        </w:rPr>
      </w:pPr>
    </w:p>
    <w:p w14:paraId="489A48C0" w14:textId="77777777" w:rsidR="004F4DE7" w:rsidRPr="00427C04" w:rsidRDefault="004F4DE7">
      <w:pPr>
        <w:pStyle w:val="TAASectionLabel"/>
        <w:rPr>
          <w:rFonts w:ascii="Times New Roman" w:hAnsi="Times New Roman" w:cs="Times New Roman"/>
          <w:sz w:val="24"/>
          <w:szCs w:val="24"/>
        </w:rPr>
      </w:pPr>
    </w:p>
    <w:p w14:paraId="49E6FDD8" w14:textId="77777777" w:rsidR="004F4DE7" w:rsidRPr="00427C04" w:rsidRDefault="004F4DE7">
      <w:pPr>
        <w:pStyle w:val="TAASectionLabel"/>
        <w:rPr>
          <w:rFonts w:ascii="Times New Roman" w:hAnsi="Times New Roman" w:cs="Times New Roman"/>
          <w:sz w:val="24"/>
          <w:szCs w:val="24"/>
        </w:rPr>
      </w:pPr>
    </w:p>
    <w:p w14:paraId="58B6AFE0" w14:textId="77777777" w:rsidR="004F4DE7" w:rsidRPr="00427C04" w:rsidRDefault="004F4DE7" w:rsidP="00427C04">
      <w:pPr>
        <w:pStyle w:val="TAASectionLabel"/>
        <w:jc w:val="left"/>
        <w:rPr>
          <w:rFonts w:ascii="Times New Roman" w:hAnsi="Times New Roman" w:cs="Times New Roman"/>
          <w:sz w:val="24"/>
          <w:szCs w:val="24"/>
        </w:rPr>
      </w:pPr>
    </w:p>
    <w:p w14:paraId="648B78CC" w14:textId="77777777" w:rsidR="00427C04" w:rsidRDefault="00427C04">
      <w:pPr>
        <w:pStyle w:val="TAASectionLabel"/>
        <w:rPr>
          <w:rFonts w:ascii="Times New Roman" w:hAnsi="Times New Roman" w:cs="Times New Roman"/>
          <w:sz w:val="28"/>
          <w:szCs w:val="28"/>
        </w:rPr>
      </w:pPr>
    </w:p>
    <w:p w14:paraId="622AF6D0" w14:textId="77777777" w:rsidR="00427C04" w:rsidRDefault="00427C04">
      <w:pPr>
        <w:pStyle w:val="TAASectionLabel"/>
        <w:rPr>
          <w:rFonts w:ascii="Times New Roman" w:hAnsi="Times New Roman" w:cs="Times New Roman"/>
          <w:sz w:val="28"/>
          <w:szCs w:val="28"/>
        </w:rPr>
      </w:pPr>
    </w:p>
    <w:p w14:paraId="5867D5A2" w14:textId="77777777" w:rsidR="00427C04" w:rsidRDefault="00427C04">
      <w:pPr>
        <w:pStyle w:val="TAASectionLabel"/>
        <w:rPr>
          <w:rFonts w:ascii="Times New Roman" w:hAnsi="Times New Roman" w:cs="Times New Roman"/>
          <w:sz w:val="28"/>
          <w:szCs w:val="28"/>
        </w:rPr>
      </w:pPr>
    </w:p>
    <w:p w14:paraId="76DD9876" w14:textId="77777777" w:rsidR="00427C04" w:rsidRDefault="00427C04">
      <w:pPr>
        <w:pStyle w:val="TAASectionLabel"/>
        <w:rPr>
          <w:rFonts w:ascii="Times New Roman" w:hAnsi="Times New Roman" w:cs="Times New Roman"/>
          <w:sz w:val="28"/>
          <w:szCs w:val="28"/>
        </w:rPr>
      </w:pPr>
    </w:p>
    <w:p w14:paraId="57BF96BB" w14:textId="77777777" w:rsidR="00427C04" w:rsidRDefault="00427C04">
      <w:pPr>
        <w:pStyle w:val="TAASectionLabel"/>
        <w:rPr>
          <w:rFonts w:ascii="Times New Roman" w:hAnsi="Times New Roman" w:cs="Times New Roman"/>
          <w:sz w:val="28"/>
          <w:szCs w:val="28"/>
        </w:rPr>
      </w:pPr>
    </w:p>
    <w:p w14:paraId="4E02C72D" w14:textId="77777777" w:rsidR="00427C04" w:rsidRDefault="00427C04">
      <w:pPr>
        <w:pStyle w:val="TAASectionLabel"/>
        <w:rPr>
          <w:rFonts w:ascii="Times New Roman" w:hAnsi="Times New Roman" w:cs="Times New Roman"/>
          <w:sz w:val="28"/>
          <w:szCs w:val="28"/>
        </w:rPr>
      </w:pPr>
    </w:p>
    <w:p w14:paraId="1F34C19D" w14:textId="77777777" w:rsidR="00427C04" w:rsidRDefault="00427C04">
      <w:pPr>
        <w:pStyle w:val="TAASectionLabel"/>
        <w:rPr>
          <w:rFonts w:ascii="Times New Roman" w:hAnsi="Times New Roman" w:cs="Times New Roman"/>
          <w:sz w:val="28"/>
          <w:szCs w:val="28"/>
        </w:rPr>
      </w:pPr>
    </w:p>
    <w:p w14:paraId="4B0FFFC7" w14:textId="77777777" w:rsidR="00427C04" w:rsidRDefault="00427C04">
      <w:pPr>
        <w:pStyle w:val="TAASectionLabel"/>
        <w:rPr>
          <w:rFonts w:ascii="Times New Roman" w:hAnsi="Times New Roman" w:cs="Times New Roman"/>
          <w:sz w:val="28"/>
          <w:szCs w:val="28"/>
        </w:rPr>
      </w:pPr>
    </w:p>
    <w:p w14:paraId="4EAD5FDE" w14:textId="77777777" w:rsidR="00427C04" w:rsidRDefault="00427C04">
      <w:pPr>
        <w:pStyle w:val="TAASectionLabel"/>
        <w:rPr>
          <w:rFonts w:ascii="Times New Roman" w:hAnsi="Times New Roman" w:cs="Times New Roman"/>
          <w:sz w:val="28"/>
          <w:szCs w:val="28"/>
        </w:rPr>
      </w:pPr>
    </w:p>
    <w:p w14:paraId="7B9C72CD" w14:textId="77777777" w:rsidR="00427C04" w:rsidRDefault="00427C04">
      <w:pPr>
        <w:pStyle w:val="TAASectionLabel"/>
        <w:rPr>
          <w:rFonts w:ascii="Times New Roman" w:hAnsi="Times New Roman" w:cs="Times New Roman"/>
          <w:sz w:val="28"/>
          <w:szCs w:val="28"/>
        </w:rPr>
      </w:pPr>
    </w:p>
    <w:p w14:paraId="115E2F5C" w14:textId="77777777" w:rsidR="00427C04" w:rsidRDefault="00427C04">
      <w:pPr>
        <w:pStyle w:val="TAASectionLabel"/>
        <w:rPr>
          <w:rFonts w:ascii="Times New Roman" w:hAnsi="Times New Roman" w:cs="Times New Roman"/>
          <w:sz w:val="28"/>
          <w:szCs w:val="28"/>
        </w:rPr>
      </w:pPr>
    </w:p>
    <w:p w14:paraId="0D0EAD0F" w14:textId="3BED157D" w:rsidR="000B7F34" w:rsidRPr="00427C04" w:rsidRDefault="00000000">
      <w:pPr>
        <w:pStyle w:val="TAASectionLabel"/>
        <w:rPr>
          <w:rFonts w:ascii="Times New Roman" w:hAnsi="Times New Roman" w:cs="Times New Roman"/>
          <w:sz w:val="28"/>
          <w:szCs w:val="28"/>
        </w:rPr>
      </w:pPr>
      <w:r w:rsidRPr="00427C04">
        <w:rPr>
          <w:rFonts w:ascii="Times New Roman" w:hAnsi="Times New Roman" w:cs="Times New Roman"/>
          <w:sz w:val="28"/>
          <w:szCs w:val="28"/>
        </w:rPr>
        <w:lastRenderedPageBreak/>
        <w:t>INDEX</w:t>
      </w:r>
    </w:p>
    <w:p w14:paraId="51616DEA" w14:textId="7385FB84" w:rsidR="000B7F34" w:rsidRPr="00427C04" w:rsidRDefault="000B7F34">
      <w:pPr>
        <w:pStyle w:val="TAASmall"/>
        <w:pBdr>
          <w:bottom w:val="single" w:sz="10" w:space="4" w:color="EF7725"/>
        </w:pBd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3313"/>
        <w:gridCol w:w="3312"/>
        <w:gridCol w:w="2997"/>
      </w:tblGrid>
      <w:tr w:rsidR="00427C04" w:rsidRPr="00427C04" w14:paraId="1A54BCBF" w14:textId="1CB17A13" w:rsidTr="00427C04">
        <w:trPr>
          <w:jc w:val="center"/>
        </w:trPr>
        <w:tc>
          <w:tcPr>
            <w:tcW w:w="3391" w:type="dxa"/>
            <w:shd w:val="clear" w:color="auto" w:fill="EF7725"/>
          </w:tcPr>
          <w:p w14:paraId="21C28F2A" w14:textId="418274E3" w:rsidR="00427C04" w:rsidRPr="00427C04" w:rsidRDefault="00427C04" w:rsidP="004F4DE7">
            <w:pPr>
              <w:jc w:val="center"/>
              <w:rPr>
                <w:rFonts w:ascii="Times New Roman" w:hAnsi="Times New Roman" w:cs="Times New Roman"/>
                <w:sz w:val="24"/>
                <w:szCs w:val="24"/>
              </w:rPr>
            </w:pPr>
            <w:r w:rsidRPr="00427C04">
              <w:rPr>
                <w:rFonts w:ascii="Times New Roman" w:hAnsi="Times New Roman" w:cs="Times New Roman"/>
                <w:b/>
                <w:color w:val="FFFFFF"/>
                <w:sz w:val="24"/>
                <w:szCs w:val="24"/>
              </w:rPr>
              <w:t>Chapter Title</w:t>
            </w:r>
          </w:p>
        </w:tc>
        <w:tc>
          <w:tcPr>
            <w:tcW w:w="3390" w:type="dxa"/>
            <w:shd w:val="clear" w:color="auto" w:fill="EF7725"/>
          </w:tcPr>
          <w:p w14:paraId="3FFAF9FA" w14:textId="77777777" w:rsidR="00427C04" w:rsidRPr="00427C04" w:rsidRDefault="00427C04" w:rsidP="004F4DE7">
            <w:pPr>
              <w:jc w:val="center"/>
              <w:rPr>
                <w:rFonts w:ascii="Times New Roman" w:hAnsi="Times New Roman" w:cs="Times New Roman"/>
                <w:sz w:val="24"/>
                <w:szCs w:val="24"/>
              </w:rPr>
            </w:pPr>
            <w:r w:rsidRPr="00427C04">
              <w:rPr>
                <w:rFonts w:ascii="Times New Roman" w:hAnsi="Times New Roman" w:cs="Times New Roman"/>
                <w:b/>
                <w:color w:val="FFFFFF"/>
                <w:sz w:val="24"/>
                <w:szCs w:val="24"/>
              </w:rPr>
              <w:t>Page Number</w:t>
            </w:r>
          </w:p>
        </w:tc>
        <w:tc>
          <w:tcPr>
            <w:tcW w:w="3067" w:type="dxa"/>
            <w:shd w:val="clear" w:color="auto" w:fill="EF7725"/>
          </w:tcPr>
          <w:p w14:paraId="5FA4E6B2" w14:textId="68EB6642" w:rsidR="00427C04" w:rsidRPr="00427C04" w:rsidRDefault="00427C04" w:rsidP="004F4DE7">
            <w:pPr>
              <w:jc w:val="center"/>
              <w:rPr>
                <w:rFonts w:ascii="Times New Roman" w:hAnsi="Times New Roman" w:cs="Times New Roman"/>
                <w:b/>
                <w:color w:val="FFFFFF"/>
                <w:sz w:val="24"/>
                <w:szCs w:val="24"/>
              </w:rPr>
            </w:pPr>
            <w:r>
              <w:rPr>
                <w:rFonts w:ascii="Times New Roman" w:hAnsi="Times New Roman" w:cs="Times New Roman"/>
                <w:b/>
                <w:color w:val="FFFFFF"/>
                <w:sz w:val="24"/>
                <w:szCs w:val="24"/>
              </w:rPr>
              <w:t>Author Name</w:t>
            </w:r>
          </w:p>
        </w:tc>
      </w:tr>
      <w:tr w:rsidR="00427C04" w:rsidRPr="00427C04" w14:paraId="6212D7C5" w14:textId="5433128E" w:rsidTr="00427C04">
        <w:trPr>
          <w:jc w:val="center"/>
        </w:trPr>
        <w:tc>
          <w:tcPr>
            <w:tcW w:w="3391" w:type="dxa"/>
          </w:tcPr>
          <w:p w14:paraId="3FD9A575" w14:textId="62C9BDF4" w:rsidR="00427C04" w:rsidRPr="00427C04" w:rsidRDefault="00427C04">
            <w:pPr>
              <w:rPr>
                <w:rFonts w:ascii="Times New Roman" w:hAnsi="Times New Roman" w:cs="Times New Roman"/>
                <w:sz w:val="24"/>
                <w:szCs w:val="24"/>
              </w:rPr>
            </w:pPr>
          </w:p>
        </w:tc>
        <w:tc>
          <w:tcPr>
            <w:tcW w:w="3390" w:type="dxa"/>
          </w:tcPr>
          <w:p w14:paraId="1BAD4A94" w14:textId="44CB0D8B" w:rsidR="00427C04" w:rsidRPr="00427C04" w:rsidRDefault="00427C04">
            <w:pPr>
              <w:rPr>
                <w:rFonts w:ascii="Times New Roman" w:hAnsi="Times New Roman" w:cs="Times New Roman"/>
                <w:sz w:val="24"/>
                <w:szCs w:val="24"/>
              </w:rPr>
            </w:pPr>
          </w:p>
        </w:tc>
        <w:tc>
          <w:tcPr>
            <w:tcW w:w="3067" w:type="dxa"/>
          </w:tcPr>
          <w:p w14:paraId="465BADE6" w14:textId="77777777" w:rsidR="00427C04" w:rsidRPr="00427C04" w:rsidRDefault="00427C04">
            <w:pPr>
              <w:rPr>
                <w:rFonts w:ascii="Times New Roman" w:hAnsi="Times New Roman" w:cs="Times New Roman"/>
                <w:sz w:val="24"/>
                <w:szCs w:val="24"/>
              </w:rPr>
            </w:pPr>
          </w:p>
        </w:tc>
      </w:tr>
      <w:tr w:rsidR="00427C04" w:rsidRPr="00427C04" w14:paraId="44DB535E" w14:textId="462B2200" w:rsidTr="00427C04">
        <w:trPr>
          <w:jc w:val="center"/>
        </w:trPr>
        <w:tc>
          <w:tcPr>
            <w:tcW w:w="3391" w:type="dxa"/>
          </w:tcPr>
          <w:p w14:paraId="07EC8FC4" w14:textId="70891B1F" w:rsidR="00427C04" w:rsidRPr="00427C04" w:rsidRDefault="00427C04">
            <w:pPr>
              <w:rPr>
                <w:rFonts w:ascii="Times New Roman" w:hAnsi="Times New Roman" w:cs="Times New Roman"/>
                <w:sz w:val="24"/>
                <w:szCs w:val="24"/>
              </w:rPr>
            </w:pPr>
          </w:p>
        </w:tc>
        <w:tc>
          <w:tcPr>
            <w:tcW w:w="3390" w:type="dxa"/>
          </w:tcPr>
          <w:p w14:paraId="1953F499" w14:textId="3CD3689C" w:rsidR="00427C04" w:rsidRPr="00427C04" w:rsidRDefault="00427C04">
            <w:pPr>
              <w:rPr>
                <w:rFonts w:ascii="Times New Roman" w:hAnsi="Times New Roman" w:cs="Times New Roman"/>
                <w:sz w:val="24"/>
                <w:szCs w:val="24"/>
              </w:rPr>
            </w:pPr>
          </w:p>
        </w:tc>
        <w:tc>
          <w:tcPr>
            <w:tcW w:w="3067" w:type="dxa"/>
          </w:tcPr>
          <w:p w14:paraId="7FC444D8" w14:textId="77777777" w:rsidR="00427C04" w:rsidRPr="00427C04" w:rsidRDefault="00427C04">
            <w:pPr>
              <w:rPr>
                <w:rFonts w:ascii="Times New Roman" w:hAnsi="Times New Roman" w:cs="Times New Roman"/>
                <w:sz w:val="24"/>
                <w:szCs w:val="24"/>
              </w:rPr>
            </w:pPr>
          </w:p>
        </w:tc>
      </w:tr>
      <w:tr w:rsidR="00427C04" w:rsidRPr="00427C04" w14:paraId="11B623A0" w14:textId="2792136C" w:rsidTr="00427C04">
        <w:trPr>
          <w:jc w:val="center"/>
        </w:trPr>
        <w:tc>
          <w:tcPr>
            <w:tcW w:w="3391" w:type="dxa"/>
          </w:tcPr>
          <w:p w14:paraId="2D1A296C" w14:textId="56E25A2A" w:rsidR="00427C04" w:rsidRPr="00427C04" w:rsidRDefault="00427C04">
            <w:pPr>
              <w:rPr>
                <w:rFonts w:ascii="Times New Roman" w:hAnsi="Times New Roman" w:cs="Times New Roman"/>
                <w:sz w:val="24"/>
                <w:szCs w:val="24"/>
              </w:rPr>
            </w:pPr>
          </w:p>
        </w:tc>
        <w:tc>
          <w:tcPr>
            <w:tcW w:w="3390" w:type="dxa"/>
          </w:tcPr>
          <w:p w14:paraId="5FB3D9C4" w14:textId="1560FDB8" w:rsidR="00427C04" w:rsidRPr="00427C04" w:rsidRDefault="00427C04">
            <w:pPr>
              <w:rPr>
                <w:rFonts w:ascii="Times New Roman" w:hAnsi="Times New Roman" w:cs="Times New Roman"/>
                <w:sz w:val="24"/>
                <w:szCs w:val="24"/>
              </w:rPr>
            </w:pPr>
          </w:p>
        </w:tc>
        <w:tc>
          <w:tcPr>
            <w:tcW w:w="3067" w:type="dxa"/>
          </w:tcPr>
          <w:p w14:paraId="29FFE0F1" w14:textId="77777777" w:rsidR="00427C04" w:rsidRPr="00427C04" w:rsidRDefault="00427C04">
            <w:pPr>
              <w:rPr>
                <w:rFonts w:ascii="Times New Roman" w:hAnsi="Times New Roman" w:cs="Times New Roman"/>
                <w:sz w:val="24"/>
                <w:szCs w:val="24"/>
              </w:rPr>
            </w:pPr>
          </w:p>
        </w:tc>
      </w:tr>
      <w:tr w:rsidR="00427C04" w:rsidRPr="00427C04" w14:paraId="369F5436" w14:textId="586534B2" w:rsidTr="00427C04">
        <w:trPr>
          <w:jc w:val="center"/>
        </w:trPr>
        <w:tc>
          <w:tcPr>
            <w:tcW w:w="3391" w:type="dxa"/>
          </w:tcPr>
          <w:p w14:paraId="1381686D" w14:textId="44A9D84C" w:rsidR="00427C04" w:rsidRPr="00427C04" w:rsidRDefault="00427C04">
            <w:pPr>
              <w:rPr>
                <w:rFonts w:ascii="Times New Roman" w:hAnsi="Times New Roman" w:cs="Times New Roman"/>
                <w:sz w:val="24"/>
                <w:szCs w:val="24"/>
              </w:rPr>
            </w:pPr>
          </w:p>
        </w:tc>
        <w:tc>
          <w:tcPr>
            <w:tcW w:w="3390" w:type="dxa"/>
          </w:tcPr>
          <w:p w14:paraId="668FD305" w14:textId="44F2358A" w:rsidR="00427C04" w:rsidRPr="00427C04" w:rsidRDefault="00427C04">
            <w:pPr>
              <w:rPr>
                <w:rFonts w:ascii="Times New Roman" w:hAnsi="Times New Roman" w:cs="Times New Roman"/>
                <w:sz w:val="24"/>
                <w:szCs w:val="24"/>
              </w:rPr>
            </w:pPr>
          </w:p>
        </w:tc>
        <w:tc>
          <w:tcPr>
            <w:tcW w:w="3067" w:type="dxa"/>
          </w:tcPr>
          <w:p w14:paraId="3DA384E1" w14:textId="77777777" w:rsidR="00427C04" w:rsidRPr="00427C04" w:rsidRDefault="00427C04">
            <w:pPr>
              <w:rPr>
                <w:rFonts w:ascii="Times New Roman" w:hAnsi="Times New Roman" w:cs="Times New Roman"/>
                <w:sz w:val="24"/>
                <w:szCs w:val="24"/>
              </w:rPr>
            </w:pPr>
          </w:p>
        </w:tc>
      </w:tr>
      <w:tr w:rsidR="00427C04" w:rsidRPr="00427C04" w14:paraId="591283CD" w14:textId="452D7B03" w:rsidTr="00427C04">
        <w:trPr>
          <w:jc w:val="center"/>
        </w:trPr>
        <w:tc>
          <w:tcPr>
            <w:tcW w:w="3391" w:type="dxa"/>
          </w:tcPr>
          <w:p w14:paraId="196E7CF4" w14:textId="42DBA9AF" w:rsidR="00427C04" w:rsidRPr="00427C04" w:rsidRDefault="00427C04">
            <w:pPr>
              <w:rPr>
                <w:rFonts w:ascii="Times New Roman" w:hAnsi="Times New Roman" w:cs="Times New Roman"/>
                <w:sz w:val="24"/>
                <w:szCs w:val="24"/>
              </w:rPr>
            </w:pPr>
          </w:p>
        </w:tc>
        <w:tc>
          <w:tcPr>
            <w:tcW w:w="3390" w:type="dxa"/>
          </w:tcPr>
          <w:p w14:paraId="3EBC4E3E" w14:textId="1AFCC3BB" w:rsidR="00427C04" w:rsidRPr="00427C04" w:rsidRDefault="00427C04">
            <w:pPr>
              <w:rPr>
                <w:rFonts w:ascii="Times New Roman" w:hAnsi="Times New Roman" w:cs="Times New Roman"/>
                <w:sz w:val="24"/>
                <w:szCs w:val="24"/>
              </w:rPr>
            </w:pPr>
          </w:p>
        </w:tc>
        <w:tc>
          <w:tcPr>
            <w:tcW w:w="3067" w:type="dxa"/>
          </w:tcPr>
          <w:p w14:paraId="7CD502AB" w14:textId="77777777" w:rsidR="00427C04" w:rsidRPr="00427C04" w:rsidRDefault="00427C04">
            <w:pPr>
              <w:rPr>
                <w:rFonts w:ascii="Times New Roman" w:hAnsi="Times New Roman" w:cs="Times New Roman"/>
                <w:sz w:val="24"/>
                <w:szCs w:val="24"/>
              </w:rPr>
            </w:pPr>
          </w:p>
        </w:tc>
      </w:tr>
      <w:tr w:rsidR="00427C04" w:rsidRPr="00427C04" w14:paraId="5958C0F7" w14:textId="12D45F7F" w:rsidTr="00427C04">
        <w:trPr>
          <w:jc w:val="center"/>
        </w:trPr>
        <w:tc>
          <w:tcPr>
            <w:tcW w:w="3391" w:type="dxa"/>
          </w:tcPr>
          <w:p w14:paraId="3657432A" w14:textId="000982C2" w:rsidR="00427C04" w:rsidRPr="00427C04" w:rsidRDefault="00427C04">
            <w:pPr>
              <w:rPr>
                <w:rFonts w:ascii="Times New Roman" w:hAnsi="Times New Roman" w:cs="Times New Roman"/>
                <w:sz w:val="24"/>
                <w:szCs w:val="24"/>
              </w:rPr>
            </w:pPr>
          </w:p>
        </w:tc>
        <w:tc>
          <w:tcPr>
            <w:tcW w:w="3390" w:type="dxa"/>
          </w:tcPr>
          <w:p w14:paraId="4CB8671E" w14:textId="6DED932E" w:rsidR="00427C04" w:rsidRPr="00427C04" w:rsidRDefault="00427C04">
            <w:pPr>
              <w:rPr>
                <w:rFonts w:ascii="Times New Roman" w:hAnsi="Times New Roman" w:cs="Times New Roman"/>
                <w:sz w:val="24"/>
                <w:szCs w:val="24"/>
              </w:rPr>
            </w:pPr>
          </w:p>
        </w:tc>
        <w:tc>
          <w:tcPr>
            <w:tcW w:w="3067" w:type="dxa"/>
          </w:tcPr>
          <w:p w14:paraId="78604AE6" w14:textId="77777777" w:rsidR="00427C04" w:rsidRPr="00427C04" w:rsidRDefault="00427C04">
            <w:pPr>
              <w:rPr>
                <w:rFonts w:ascii="Times New Roman" w:hAnsi="Times New Roman" w:cs="Times New Roman"/>
                <w:sz w:val="24"/>
                <w:szCs w:val="24"/>
              </w:rPr>
            </w:pPr>
          </w:p>
        </w:tc>
      </w:tr>
      <w:tr w:rsidR="00427C04" w:rsidRPr="00427C04" w14:paraId="24941ECB" w14:textId="21264980" w:rsidTr="00427C04">
        <w:trPr>
          <w:jc w:val="center"/>
        </w:trPr>
        <w:tc>
          <w:tcPr>
            <w:tcW w:w="3391" w:type="dxa"/>
          </w:tcPr>
          <w:p w14:paraId="3CEFA01E" w14:textId="07E9FA56" w:rsidR="00427C04" w:rsidRPr="00427C04" w:rsidRDefault="00427C04">
            <w:pPr>
              <w:rPr>
                <w:rFonts w:ascii="Times New Roman" w:hAnsi="Times New Roman" w:cs="Times New Roman"/>
                <w:sz w:val="24"/>
                <w:szCs w:val="24"/>
              </w:rPr>
            </w:pPr>
          </w:p>
        </w:tc>
        <w:tc>
          <w:tcPr>
            <w:tcW w:w="3390" w:type="dxa"/>
          </w:tcPr>
          <w:p w14:paraId="4FDE7750" w14:textId="4E343908" w:rsidR="00427C04" w:rsidRPr="00427C04" w:rsidRDefault="00427C04">
            <w:pPr>
              <w:rPr>
                <w:rFonts w:ascii="Times New Roman" w:hAnsi="Times New Roman" w:cs="Times New Roman"/>
                <w:sz w:val="24"/>
                <w:szCs w:val="24"/>
              </w:rPr>
            </w:pPr>
          </w:p>
        </w:tc>
        <w:tc>
          <w:tcPr>
            <w:tcW w:w="3067" w:type="dxa"/>
          </w:tcPr>
          <w:p w14:paraId="54DE755C" w14:textId="77777777" w:rsidR="00427C04" w:rsidRPr="00427C04" w:rsidRDefault="00427C04">
            <w:pPr>
              <w:rPr>
                <w:rFonts w:ascii="Times New Roman" w:hAnsi="Times New Roman" w:cs="Times New Roman"/>
                <w:sz w:val="24"/>
                <w:szCs w:val="24"/>
              </w:rPr>
            </w:pPr>
          </w:p>
        </w:tc>
      </w:tr>
      <w:tr w:rsidR="00427C04" w:rsidRPr="00427C04" w14:paraId="07B8EFFE" w14:textId="75493DA9" w:rsidTr="00427C04">
        <w:trPr>
          <w:jc w:val="center"/>
        </w:trPr>
        <w:tc>
          <w:tcPr>
            <w:tcW w:w="3391" w:type="dxa"/>
          </w:tcPr>
          <w:p w14:paraId="616E0658" w14:textId="36356F04" w:rsidR="00427C04" w:rsidRPr="00427C04" w:rsidRDefault="00427C04">
            <w:pPr>
              <w:rPr>
                <w:rFonts w:ascii="Times New Roman" w:hAnsi="Times New Roman" w:cs="Times New Roman"/>
                <w:sz w:val="24"/>
                <w:szCs w:val="24"/>
              </w:rPr>
            </w:pPr>
          </w:p>
        </w:tc>
        <w:tc>
          <w:tcPr>
            <w:tcW w:w="3390" w:type="dxa"/>
          </w:tcPr>
          <w:p w14:paraId="54F64B70" w14:textId="447CC258" w:rsidR="00427C04" w:rsidRPr="00427C04" w:rsidRDefault="00427C04">
            <w:pPr>
              <w:rPr>
                <w:rFonts w:ascii="Times New Roman" w:hAnsi="Times New Roman" w:cs="Times New Roman"/>
                <w:sz w:val="24"/>
                <w:szCs w:val="24"/>
              </w:rPr>
            </w:pPr>
          </w:p>
        </w:tc>
        <w:tc>
          <w:tcPr>
            <w:tcW w:w="3067" w:type="dxa"/>
          </w:tcPr>
          <w:p w14:paraId="15CF642C" w14:textId="77777777" w:rsidR="00427C04" w:rsidRPr="00427C04" w:rsidRDefault="00427C04">
            <w:pPr>
              <w:rPr>
                <w:rFonts w:ascii="Times New Roman" w:hAnsi="Times New Roman" w:cs="Times New Roman"/>
                <w:sz w:val="24"/>
                <w:szCs w:val="24"/>
              </w:rPr>
            </w:pPr>
          </w:p>
        </w:tc>
      </w:tr>
      <w:tr w:rsidR="00427C04" w:rsidRPr="00427C04" w14:paraId="1FC89260" w14:textId="5042B57D" w:rsidTr="00427C04">
        <w:trPr>
          <w:jc w:val="center"/>
        </w:trPr>
        <w:tc>
          <w:tcPr>
            <w:tcW w:w="3391" w:type="dxa"/>
          </w:tcPr>
          <w:p w14:paraId="5CDB90C1" w14:textId="3AF0AF4F" w:rsidR="00427C04" w:rsidRPr="00427C04" w:rsidRDefault="00427C04">
            <w:pPr>
              <w:rPr>
                <w:rFonts w:ascii="Times New Roman" w:hAnsi="Times New Roman" w:cs="Times New Roman"/>
                <w:sz w:val="24"/>
                <w:szCs w:val="24"/>
              </w:rPr>
            </w:pPr>
          </w:p>
        </w:tc>
        <w:tc>
          <w:tcPr>
            <w:tcW w:w="3390" w:type="dxa"/>
          </w:tcPr>
          <w:p w14:paraId="6E4D1FC4" w14:textId="01388D07" w:rsidR="00427C04" w:rsidRPr="00427C04" w:rsidRDefault="00427C04">
            <w:pPr>
              <w:rPr>
                <w:rFonts w:ascii="Times New Roman" w:hAnsi="Times New Roman" w:cs="Times New Roman"/>
                <w:sz w:val="24"/>
                <w:szCs w:val="24"/>
              </w:rPr>
            </w:pPr>
          </w:p>
        </w:tc>
        <w:tc>
          <w:tcPr>
            <w:tcW w:w="3067" w:type="dxa"/>
          </w:tcPr>
          <w:p w14:paraId="2A395D85" w14:textId="77777777" w:rsidR="00427C04" w:rsidRPr="00427C04" w:rsidRDefault="00427C04">
            <w:pPr>
              <w:rPr>
                <w:rFonts w:ascii="Times New Roman" w:hAnsi="Times New Roman" w:cs="Times New Roman"/>
                <w:sz w:val="24"/>
                <w:szCs w:val="24"/>
              </w:rPr>
            </w:pPr>
          </w:p>
        </w:tc>
      </w:tr>
      <w:tr w:rsidR="00427C04" w:rsidRPr="00427C04" w14:paraId="1C2D0622" w14:textId="75C57A60" w:rsidTr="00427C04">
        <w:trPr>
          <w:jc w:val="center"/>
        </w:trPr>
        <w:tc>
          <w:tcPr>
            <w:tcW w:w="3391" w:type="dxa"/>
          </w:tcPr>
          <w:p w14:paraId="6CA41D34" w14:textId="3E823C92" w:rsidR="00427C04" w:rsidRPr="00427C04" w:rsidRDefault="00427C04">
            <w:pPr>
              <w:rPr>
                <w:rFonts w:ascii="Times New Roman" w:hAnsi="Times New Roman" w:cs="Times New Roman"/>
                <w:sz w:val="24"/>
                <w:szCs w:val="24"/>
              </w:rPr>
            </w:pPr>
          </w:p>
        </w:tc>
        <w:tc>
          <w:tcPr>
            <w:tcW w:w="3390" w:type="dxa"/>
          </w:tcPr>
          <w:p w14:paraId="6F0133CC" w14:textId="7186FDF6" w:rsidR="00427C04" w:rsidRPr="00427C04" w:rsidRDefault="00427C04">
            <w:pPr>
              <w:rPr>
                <w:rFonts w:ascii="Times New Roman" w:hAnsi="Times New Roman" w:cs="Times New Roman"/>
                <w:sz w:val="24"/>
                <w:szCs w:val="24"/>
              </w:rPr>
            </w:pPr>
          </w:p>
        </w:tc>
        <w:tc>
          <w:tcPr>
            <w:tcW w:w="3067" w:type="dxa"/>
          </w:tcPr>
          <w:p w14:paraId="33F4A485" w14:textId="77777777" w:rsidR="00427C04" w:rsidRPr="00427C04" w:rsidRDefault="00427C04">
            <w:pPr>
              <w:rPr>
                <w:rFonts w:ascii="Times New Roman" w:hAnsi="Times New Roman" w:cs="Times New Roman"/>
                <w:sz w:val="24"/>
                <w:szCs w:val="24"/>
              </w:rPr>
            </w:pPr>
          </w:p>
        </w:tc>
      </w:tr>
    </w:tbl>
    <w:p w14:paraId="065104EC" w14:textId="77777777" w:rsidR="000B7F34" w:rsidRPr="00427C04" w:rsidRDefault="000B7F34">
      <w:pPr>
        <w:rPr>
          <w:rFonts w:ascii="Times New Roman" w:hAnsi="Times New Roman" w:cs="Times New Roman"/>
          <w:sz w:val="24"/>
          <w:szCs w:val="24"/>
        </w:rPr>
      </w:pPr>
    </w:p>
    <w:p w14:paraId="1C59FE65" w14:textId="77777777" w:rsidR="004F4DE7" w:rsidRDefault="004F4DE7">
      <w:pPr>
        <w:pStyle w:val="TAASectionLabel"/>
        <w:rPr>
          <w:rFonts w:ascii="Times New Roman" w:hAnsi="Times New Roman" w:cs="Times New Roman"/>
          <w:sz w:val="24"/>
          <w:szCs w:val="24"/>
        </w:rPr>
      </w:pPr>
    </w:p>
    <w:p w14:paraId="1087A808" w14:textId="77777777" w:rsidR="00427C04" w:rsidRDefault="00427C04">
      <w:pPr>
        <w:pStyle w:val="TAASectionLabel"/>
        <w:rPr>
          <w:rFonts w:ascii="Times New Roman" w:hAnsi="Times New Roman" w:cs="Times New Roman"/>
          <w:sz w:val="24"/>
          <w:szCs w:val="24"/>
        </w:rPr>
      </w:pPr>
    </w:p>
    <w:p w14:paraId="780520B6" w14:textId="77777777" w:rsidR="00427C04" w:rsidRDefault="00427C04">
      <w:pPr>
        <w:pStyle w:val="TAASectionLabel"/>
        <w:rPr>
          <w:rFonts w:ascii="Times New Roman" w:hAnsi="Times New Roman" w:cs="Times New Roman"/>
          <w:sz w:val="24"/>
          <w:szCs w:val="24"/>
        </w:rPr>
      </w:pPr>
    </w:p>
    <w:p w14:paraId="56CA94B6" w14:textId="77777777" w:rsidR="00427C04" w:rsidRDefault="00427C04">
      <w:pPr>
        <w:pStyle w:val="TAASectionLabel"/>
        <w:rPr>
          <w:rFonts w:ascii="Times New Roman" w:hAnsi="Times New Roman" w:cs="Times New Roman"/>
          <w:sz w:val="24"/>
          <w:szCs w:val="24"/>
        </w:rPr>
      </w:pPr>
    </w:p>
    <w:p w14:paraId="0F9F696F" w14:textId="77777777" w:rsidR="00427C04" w:rsidRDefault="00427C04">
      <w:pPr>
        <w:pStyle w:val="TAASectionLabel"/>
        <w:rPr>
          <w:rFonts w:ascii="Times New Roman" w:hAnsi="Times New Roman" w:cs="Times New Roman"/>
          <w:sz w:val="24"/>
          <w:szCs w:val="24"/>
        </w:rPr>
      </w:pPr>
    </w:p>
    <w:p w14:paraId="1E10FA43" w14:textId="77777777" w:rsidR="00427C04" w:rsidRDefault="00427C04">
      <w:pPr>
        <w:pStyle w:val="TAASectionLabel"/>
        <w:rPr>
          <w:rFonts w:ascii="Times New Roman" w:hAnsi="Times New Roman" w:cs="Times New Roman"/>
          <w:sz w:val="24"/>
          <w:szCs w:val="24"/>
        </w:rPr>
      </w:pPr>
    </w:p>
    <w:p w14:paraId="013CDEBC" w14:textId="77777777" w:rsidR="00427C04" w:rsidRDefault="00427C04">
      <w:pPr>
        <w:pStyle w:val="TAASectionLabel"/>
        <w:rPr>
          <w:rFonts w:ascii="Times New Roman" w:hAnsi="Times New Roman" w:cs="Times New Roman"/>
          <w:sz w:val="24"/>
          <w:szCs w:val="24"/>
        </w:rPr>
      </w:pPr>
    </w:p>
    <w:p w14:paraId="1266AA48" w14:textId="77777777" w:rsidR="00427C04" w:rsidRDefault="00427C04">
      <w:pPr>
        <w:pStyle w:val="TAASectionLabel"/>
        <w:rPr>
          <w:rFonts w:ascii="Times New Roman" w:hAnsi="Times New Roman" w:cs="Times New Roman"/>
          <w:sz w:val="24"/>
          <w:szCs w:val="24"/>
        </w:rPr>
      </w:pPr>
    </w:p>
    <w:p w14:paraId="04EFB93A" w14:textId="77777777" w:rsidR="00427C04" w:rsidRDefault="00427C04">
      <w:pPr>
        <w:pStyle w:val="TAASectionLabel"/>
        <w:rPr>
          <w:rFonts w:ascii="Times New Roman" w:hAnsi="Times New Roman" w:cs="Times New Roman"/>
          <w:sz w:val="24"/>
          <w:szCs w:val="24"/>
        </w:rPr>
      </w:pPr>
    </w:p>
    <w:p w14:paraId="03345E76" w14:textId="77777777" w:rsidR="00427C04" w:rsidRDefault="00427C04">
      <w:pPr>
        <w:pStyle w:val="TAASectionLabel"/>
        <w:rPr>
          <w:rFonts w:ascii="Times New Roman" w:hAnsi="Times New Roman" w:cs="Times New Roman"/>
          <w:sz w:val="24"/>
          <w:szCs w:val="24"/>
        </w:rPr>
      </w:pPr>
    </w:p>
    <w:p w14:paraId="4528412E" w14:textId="77777777" w:rsidR="00427C04" w:rsidRDefault="00427C04">
      <w:pPr>
        <w:pStyle w:val="TAASectionLabel"/>
        <w:rPr>
          <w:rFonts w:ascii="Times New Roman" w:hAnsi="Times New Roman" w:cs="Times New Roman"/>
          <w:sz w:val="24"/>
          <w:szCs w:val="24"/>
        </w:rPr>
      </w:pPr>
    </w:p>
    <w:p w14:paraId="63E5BCB3" w14:textId="77777777" w:rsidR="00427C04" w:rsidRDefault="00427C04">
      <w:pPr>
        <w:pStyle w:val="TAASectionLabel"/>
        <w:rPr>
          <w:rFonts w:ascii="Times New Roman" w:hAnsi="Times New Roman" w:cs="Times New Roman"/>
          <w:sz w:val="24"/>
          <w:szCs w:val="24"/>
        </w:rPr>
      </w:pPr>
    </w:p>
    <w:p w14:paraId="2D0F7A05" w14:textId="77777777" w:rsidR="00427C04" w:rsidRDefault="00427C04">
      <w:pPr>
        <w:pStyle w:val="TAASectionLabel"/>
        <w:rPr>
          <w:rFonts w:ascii="Times New Roman" w:hAnsi="Times New Roman" w:cs="Times New Roman"/>
          <w:sz w:val="24"/>
          <w:szCs w:val="24"/>
        </w:rPr>
      </w:pPr>
    </w:p>
    <w:p w14:paraId="42FD97A4" w14:textId="77777777" w:rsidR="00427C04" w:rsidRDefault="00427C04">
      <w:pPr>
        <w:pStyle w:val="TAASectionLabel"/>
        <w:rPr>
          <w:rFonts w:ascii="Times New Roman" w:hAnsi="Times New Roman" w:cs="Times New Roman"/>
          <w:sz w:val="24"/>
          <w:szCs w:val="24"/>
        </w:rPr>
      </w:pPr>
    </w:p>
    <w:p w14:paraId="0120BB0C" w14:textId="77777777" w:rsidR="00427C04" w:rsidRDefault="00427C04">
      <w:pPr>
        <w:pStyle w:val="TAASectionLabel"/>
        <w:rPr>
          <w:rFonts w:ascii="Times New Roman" w:hAnsi="Times New Roman" w:cs="Times New Roman"/>
          <w:sz w:val="24"/>
          <w:szCs w:val="24"/>
        </w:rPr>
      </w:pPr>
    </w:p>
    <w:p w14:paraId="26A86974" w14:textId="77777777" w:rsidR="00427C04" w:rsidRDefault="00427C04">
      <w:pPr>
        <w:pStyle w:val="TAASectionLabel"/>
        <w:rPr>
          <w:rFonts w:ascii="Times New Roman" w:hAnsi="Times New Roman" w:cs="Times New Roman"/>
          <w:sz w:val="24"/>
          <w:szCs w:val="24"/>
        </w:rPr>
      </w:pPr>
    </w:p>
    <w:p w14:paraId="766D88D9" w14:textId="77777777" w:rsidR="00427C04" w:rsidRPr="00427C04" w:rsidRDefault="00427C04">
      <w:pPr>
        <w:pStyle w:val="TAASectionLabel"/>
        <w:rPr>
          <w:rFonts w:ascii="Times New Roman" w:hAnsi="Times New Roman" w:cs="Times New Roman"/>
          <w:sz w:val="24"/>
          <w:szCs w:val="24"/>
        </w:rPr>
      </w:pPr>
    </w:p>
    <w:p w14:paraId="7ACA1AD2" w14:textId="00DF101D" w:rsidR="000B7F34" w:rsidRPr="00427C04" w:rsidRDefault="00000000" w:rsidP="00427C04">
      <w:pPr>
        <w:pStyle w:val="TAASectionLabel"/>
        <w:rPr>
          <w:rFonts w:ascii="Times New Roman" w:hAnsi="Times New Roman" w:cs="Times New Roman"/>
          <w:sz w:val="28"/>
          <w:szCs w:val="28"/>
        </w:rPr>
      </w:pPr>
      <w:r w:rsidRPr="00427C04">
        <w:rPr>
          <w:rFonts w:ascii="Times New Roman" w:hAnsi="Times New Roman" w:cs="Times New Roman"/>
          <w:sz w:val="28"/>
          <w:szCs w:val="28"/>
        </w:rPr>
        <w:lastRenderedPageBreak/>
        <w:t>PUBLICATION INFORMATION</w:t>
      </w:r>
    </w:p>
    <w:p w14:paraId="19480651" w14:textId="229B222B" w:rsidR="000B7F34" w:rsidRPr="00427C04" w:rsidRDefault="00000000" w:rsidP="00427C04">
      <w:pPr>
        <w:pStyle w:val="TAAPageHeading"/>
        <w:jc w:val="center"/>
        <w:rPr>
          <w:rFonts w:ascii="Times New Roman" w:hAnsi="Times New Roman" w:cs="Times New Roman"/>
          <w:sz w:val="28"/>
          <w:szCs w:val="28"/>
        </w:rPr>
      </w:pPr>
      <w:r w:rsidRPr="00427C04">
        <w:rPr>
          <w:rFonts w:ascii="Times New Roman" w:hAnsi="Times New Roman" w:cs="Times New Roman"/>
          <w:sz w:val="28"/>
          <w:szCs w:val="28"/>
        </w:rPr>
        <w:t>Copyright, ISBN &amp; Publication Details</w:t>
      </w:r>
    </w:p>
    <w:tbl>
      <w:tblPr>
        <w:tblStyle w:val="TableGrid"/>
        <w:tblW w:w="0" w:type="auto"/>
        <w:jc w:val="center"/>
        <w:tblLook w:val="04A0" w:firstRow="1" w:lastRow="0" w:firstColumn="1" w:lastColumn="0" w:noHBand="0" w:noVBand="1"/>
      </w:tblPr>
      <w:tblGrid>
        <w:gridCol w:w="4809"/>
        <w:gridCol w:w="4813"/>
      </w:tblGrid>
      <w:tr w:rsidR="000B7F34" w:rsidRPr="00427C04" w14:paraId="1E91DFD1" w14:textId="77777777">
        <w:trPr>
          <w:jc w:val="center"/>
        </w:trPr>
        <w:tc>
          <w:tcPr>
            <w:tcW w:w="4816" w:type="dxa"/>
            <w:shd w:val="clear" w:color="auto" w:fill="FFF3EA"/>
          </w:tcPr>
          <w:p w14:paraId="7B271502"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b/>
                <w:sz w:val="24"/>
                <w:szCs w:val="24"/>
              </w:rPr>
              <w:t>Publisher</w:t>
            </w:r>
          </w:p>
        </w:tc>
        <w:tc>
          <w:tcPr>
            <w:tcW w:w="4816" w:type="dxa"/>
          </w:tcPr>
          <w:p w14:paraId="255DE7C9"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sz w:val="24"/>
                <w:szCs w:val="24"/>
              </w:rPr>
              <w:t>The Article Architecture &amp; Care and Cure Book Publisher</w:t>
            </w:r>
          </w:p>
        </w:tc>
      </w:tr>
      <w:tr w:rsidR="000B7F34" w:rsidRPr="00427C04" w14:paraId="5545A3F2" w14:textId="77777777">
        <w:trPr>
          <w:jc w:val="center"/>
        </w:trPr>
        <w:tc>
          <w:tcPr>
            <w:tcW w:w="4816" w:type="dxa"/>
            <w:shd w:val="clear" w:color="auto" w:fill="FFF3EA"/>
          </w:tcPr>
          <w:p w14:paraId="5D440793"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b/>
                <w:sz w:val="24"/>
                <w:szCs w:val="24"/>
              </w:rPr>
              <w:t>PISBN</w:t>
            </w:r>
          </w:p>
        </w:tc>
        <w:tc>
          <w:tcPr>
            <w:tcW w:w="4816" w:type="dxa"/>
          </w:tcPr>
          <w:p w14:paraId="15E38A84"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sz w:val="24"/>
                <w:szCs w:val="24"/>
              </w:rPr>
              <w:t>978-81-68473-08-9</w:t>
            </w:r>
          </w:p>
        </w:tc>
      </w:tr>
      <w:tr w:rsidR="000B7F34" w:rsidRPr="00427C04" w14:paraId="6C208063" w14:textId="77777777">
        <w:trPr>
          <w:jc w:val="center"/>
        </w:trPr>
        <w:tc>
          <w:tcPr>
            <w:tcW w:w="4816" w:type="dxa"/>
            <w:shd w:val="clear" w:color="auto" w:fill="FFF3EA"/>
          </w:tcPr>
          <w:p w14:paraId="6BAF6B61"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b/>
                <w:sz w:val="24"/>
                <w:szCs w:val="24"/>
              </w:rPr>
              <w:t>E-ISBN</w:t>
            </w:r>
          </w:p>
        </w:tc>
        <w:tc>
          <w:tcPr>
            <w:tcW w:w="4816" w:type="dxa"/>
          </w:tcPr>
          <w:p w14:paraId="43B75ABB"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sz w:val="24"/>
                <w:szCs w:val="24"/>
              </w:rPr>
              <w:t>978-81-68473-09-6</w:t>
            </w:r>
          </w:p>
        </w:tc>
      </w:tr>
      <w:tr w:rsidR="000B7F34" w:rsidRPr="00427C04" w14:paraId="55C1D52A" w14:textId="77777777">
        <w:trPr>
          <w:jc w:val="center"/>
        </w:trPr>
        <w:tc>
          <w:tcPr>
            <w:tcW w:w="4816" w:type="dxa"/>
            <w:shd w:val="clear" w:color="auto" w:fill="FFF3EA"/>
          </w:tcPr>
          <w:p w14:paraId="35EA489B"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b/>
                <w:sz w:val="24"/>
                <w:szCs w:val="24"/>
              </w:rPr>
              <w:t>Copyright</w:t>
            </w:r>
          </w:p>
        </w:tc>
        <w:tc>
          <w:tcPr>
            <w:tcW w:w="4816" w:type="dxa"/>
          </w:tcPr>
          <w:p w14:paraId="77F038D9"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sz w:val="24"/>
                <w:szCs w:val="24"/>
              </w:rPr>
              <w:t>Copyright © 2026 The Article Architecture &amp; Care and Cure</w:t>
            </w:r>
          </w:p>
        </w:tc>
      </w:tr>
      <w:tr w:rsidR="000B7F34" w:rsidRPr="00427C04" w14:paraId="14508345" w14:textId="77777777">
        <w:trPr>
          <w:jc w:val="center"/>
        </w:trPr>
        <w:tc>
          <w:tcPr>
            <w:tcW w:w="4816" w:type="dxa"/>
            <w:shd w:val="clear" w:color="auto" w:fill="FFF3EA"/>
          </w:tcPr>
          <w:p w14:paraId="081BA1AD"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b/>
                <w:sz w:val="24"/>
                <w:szCs w:val="24"/>
              </w:rPr>
              <w:t>Email</w:t>
            </w:r>
          </w:p>
        </w:tc>
        <w:tc>
          <w:tcPr>
            <w:tcW w:w="4816" w:type="dxa"/>
          </w:tcPr>
          <w:p w14:paraId="27160F2A"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sz w:val="24"/>
                <w:szCs w:val="24"/>
              </w:rPr>
              <w:t>thearticlearchitecture@gmail.com</w:t>
            </w:r>
          </w:p>
        </w:tc>
      </w:tr>
      <w:tr w:rsidR="000B7F34" w:rsidRPr="00427C04" w14:paraId="264FA3CC" w14:textId="77777777">
        <w:trPr>
          <w:jc w:val="center"/>
        </w:trPr>
        <w:tc>
          <w:tcPr>
            <w:tcW w:w="4816" w:type="dxa"/>
            <w:shd w:val="clear" w:color="auto" w:fill="FFF3EA"/>
          </w:tcPr>
          <w:p w14:paraId="6FC8ACB4"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b/>
                <w:sz w:val="24"/>
                <w:szCs w:val="24"/>
              </w:rPr>
              <w:t>Contact</w:t>
            </w:r>
          </w:p>
        </w:tc>
        <w:tc>
          <w:tcPr>
            <w:tcW w:w="4816" w:type="dxa"/>
          </w:tcPr>
          <w:p w14:paraId="00966FE7" w14:textId="77777777" w:rsidR="000B7F34" w:rsidRPr="00427C04" w:rsidRDefault="00000000" w:rsidP="00427C04">
            <w:pPr>
              <w:jc w:val="center"/>
              <w:rPr>
                <w:rFonts w:ascii="Times New Roman" w:hAnsi="Times New Roman" w:cs="Times New Roman"/>
                <w:sz w:val="24"/>
                <w:szCs w:val="24"/>
              </w:rPr>
            </w:pPr>
            <w:r w:rsidRPr="00427C04">
              <w:rPr>
                <w:rFonts w:ascii="Times New Roman" w:hAnsi="Times New Roman" w:cs="Times New Roman"/>
                <w:sz w:val="24"/>
                <w:szCs w:val="24"/>
              </w:rPr>
              <w:t>+91 76269 15651 | +91 98882 95023</w:t>
            </w:r>
          </w:p>
        </w:tc>
      </w:tr>
    </w:tbl>
    <w:p w14:paraId="584B8966" w14:textId="77777777" w:rsidR="000B7F34" w:rsidRPr="00427C04" w:rsidRDefault="000B7F34">
      <w:pPr>
        <w:rPr>
          <w:rFonts w:ascii="Times New Roman" w:hAnsi="Times New Roman" w:cs="Times New Roman"/>
          <w:sz w:val="24"/>
          <w:szCs w:val="24"/>
        </w:rPr>
      </w:pPr>
    </w:p>
    <w:p w14:paraId="64E2ED8D" w14:textId="77777777" w:rsidR="000B7F34" w:rsidRDefault="00000000">
      <w:pPr>
        <w:rPr>
          <w:rFonts w:ascii="Times New Roman" w:hAnsi="Times New Roman" w:cs="Times New Roman"/>
          <w:sz w:val="24"/>
          <w:szCs w:val="24"/>
        </w:rPr>
      </w:pPr>
      <w:r w:rsidRPr="00427C04">
        <w:rPr>
          <w:rFonts w:ascii="Times New Roman" w:hAnsi="Times New Roman" w:cs="Times New Roman"/>
          <w:sz w:val="24"/>
          <w:szCs w:val="24"/>
        </w:rPr>
        <w:t>All rights reserved. No part of this publication may be reproduced, stored, or transmitted in any form or by any means without proper permission, except for brief quotations in academic review or scholarly use, as permitted by applicable law.</w:t>
      </w:r>
    </w:p>
    <w:p w14:paraId="1B9D348F" w14:textId="77777777" w:rsidR="00427C04" w:rsidRDefault="00427C04">
      <w:pPr>
        <w:rPr>
          <w:rFonts w:ascii="Times New Roman" w:hAnsi="Times New Roman" w:cs="Times New Roman"/>
          <w:sz w:val="24"/>
          <w:szCs w:val="24"/>
        </w:rPr>
      </w:pPr>
    </w:p>
    <w:p w14:paraId="158506DF" w14:textId="77777777" w:rsidR="00427C04" w:rsidRDefault="00427C04">
      <w:pPr>
        <w:rPr>
          <w:rFonts w:ascii="Times New Roman" w:hAnsi="Times New Roman" w:cs="Times New Roman"/>
          <w:sz w:val="24"/>
          <w:szCs w:val="24"/>
        </w:rPr>
      </w:pPr>
    </w:p>
    <w:p w14:paraId="67EF2C2F" w14:textId="77777777" w:rsidR="00427C04" w:rsidRDefault="00427C04">
      <w:pPr>
        <w:rPr>
          <w:rFonts w:ascii="Times New Roman" w:hAnsi="Times New Roman" w:cs="Times New Roman"/>
          <w:sz w:val="24"/>
          <w:szCs w:val="24"/>
        </w:rPr>
      </w:pPr>
    </w:p>
    <w:p w14:paraId="6AC8DD2C" w14:textId="77777777" w:rsidR="00427C04" w:rsidRDefault="00427C04">
      <w:pPr>
        <w:rPr>
          <w:rFonts w:ascii="Times New Roman" w:hAnsi="Times New Roman" w:cs="Times New Roman"/>
          <w:sz w:val="24"/>
          <w:szCs w:val="24"/>
        </w:rPr>
      </w:pPr>
    </w:p>
    <w:p w14:paraId="5EAF4B0C" w14:textId="77777777" w:rsidR="00427C04" w:rsidRDefault="00427C04">
      <w:pPr>
        <w:rPr>
          <w:rFonts w:ascii="Times New Roman" w:hAnsi="Times New Roman" w:cs="Times New Roman"/>
          <w:sz w:val="24"/>
          <w:szCs w:val="24"/>
        </w:rPr>
      </w:pPr>
    </w:p>
    <w:p w14:paraId="54283A65" w14:textId="77777777" w:rsidR="00427C04" w:rsidRDefault="00427C04">
      <w:pPr>
        <w:rPr>
          <w:rFonts w:ascii="Times New Roman" w:hAnsi="Times New Roman" w:cs="Times New Roman"/>
          <w:sz w:val="24"/>
          <w:szCs w:val="24"/>
        </w:rPr>
      </w:pPr>
    </w:p>
    <w:p w14:paraId="2A2391AC" w14:textId="77777777" w:rsidR="00427C04" w:rsidRDefault="00427C04">
      <w:pPr>
        <w:rPr>
          <w:rFonts w:ascii="Times New Roman" w:hAnsi="Times New Roman" w:cs="Times New Roman"/>
          <w:sz w:val="24"/>
          <w:szCs w:val="24"/>
        </w:rPr>
      </w:pPr>
    </w:p>
    <w:p w14:paraId="383D78F5" w14:textId="77777777" w:rsidR="00427C04" w:rsidRDefault="00427C04">
      <w:pPr>
        <w:rPr>
          <w:rFonts w:ascii="Times New Roman" w:hAnsi="Times New Roman" w:cs="Times New Roman"/>
          <w:sz w:val="24"/>
          <w:szCs w:val="24"/>
        </w:rPr>
      </w:pPr>
    </w:p>
    <w:p w14:paraId="698396F9" w14:textId="77777777" w:rsidR="00427C04" w:rsidRDefault="00427C04">
      <w:pPr>
        <w:rPr>
          <w:rFonts w:ascii="Times New Roman" w:hAnsi="Times New Roman" w:cs="Times New Roman"/>
          <w:sz w:val="24"/>
          <w:szCs w:val="24"/>
        </w:rPr>
      </w:pPr>
    </w:p>
    <w:p w14:paraId="5C7B99A4" w14:textId="77777777" w:rsidR="00427C04" w:rsidRDefault="00427C04">
      <w:pPr>
        <w:rPr>
          <w:rFonts w:ascii="Times New Roman" w:hAnsi="Times New Roman" w:cs="Times New Roman"/>
          <w:sz w:val="24"/>
          <w:szCs w:val="24"/>
        </w:rPr>
      </w:pPr>
    </w:p>
    <w:p w14:paraId="0E899F01" w14:textId="77777777" w:rsidR="00427C04" w:rsidRDefault="00427C04">
      <w:pPr>
        <w:rPr>
          <w:rFonts w:ascii="Times New Roman" w:hAnsi="Times New Roman" w:cs="Times New Roman"/>
          <w:sz w:val="24"/>
          <w:szCs w:val="24"/>
        </w:rPr>
      </w:pPr>
    </w:p>
    <w:p w14:paraId="7F7593A2" w14:textId="77777777" w:rsidR="00427C04" w:rsidRDefault="00427C04">
      <w:pPr>
        <w:rPr>
          <w:rFonts w:ascii="Times New Roman" w:hAnsi="Times New Roman" w:cs="Times New Roman"/>
          <w:sz w:val="24"/>
          <w:szCs w:val="24"/>
        </w:rPr>
      </w:pPr>
    </w:p>
    <w:p w14:paraId="0BD8F968" w14:textId="77777777" w:rsidR="00427C04" w:rsidRDefault="00427C04">
      <w:pPr>
        <w:rPr>
          <w:rFonts w:ascii="Times New Roman" w:hAnsi="Times New Roman" w:cs="Times New Roman"/>
          <w:sz w:val="24"/>
          <w:szCs w:val="24"/>
        </w:rPr>
      </w:pPr>
    </w:p>
    <w:p w14:paraId="6EB9753C" w14:textId="77777777" w:rsidR="00427C04" w:rsidRDefault="00427C04">
      <w:pPr>
        <w:rPr>
          <w:rFonts w:ascii="Times New Roman" w:hAnsi="Times New Roman" w:cs="Times New Roman"/>
          <w:sz w:val="24"/>
          <w:szCs w:val="24"/>
        </w:rPr>
      </w:pPr>
    </w:p>
    <w:p w14:paraId="5C378F42" w14:textId="77777777" w:rsidR="00427C04" w:rsidRDefault="00427C04">
      <w:pPr>
        <w:rPr>
          <w:rFonts w:ascii="Times New Roman" w:hAnsi="Times New Roman" w:cs="Times New Roman"/>
          <w:sz w:val="24"/>
          <w:szCs w:val="24"/>
        </w:rPr>
      </w:pPr>
    </w:p>
    <w:p w14:paraId="73E50319" w14:textId="77777777" w:rsidR="00427C04" w:rsidRDefault="00427C04">
      <w:pPr>
        <w:rPr>
          <w:rFonts w:ascii="Times New Roman" w:hAnsi="Times New Roman" w:cs="Times New Roman"/>
          <w:sz w:val="24"/>
          <w:szCs w:val="24"/>
        </w:rPr>
      </w:pPr>
    </w:p>
    <w:p w14:paraId="39DB73B8" w14:textId="66812322" w:rsidR="00427C04" w:rsidRDefault="00427C04" w:rsidP="00427C04">
      <w:pPr>
        <w:pStyle w:val="Heading2"/>
        <w:jc w:val="center"/>
        <w:rPr>
          <w:rFonts w:ascii="Times New Roman" w:hAnsi="Times New Roman" w:cs="Times New Roman"/>
        </w:rPr>
      </w:pPr>
      <w:r w:rsidRPr="00427C04">
        <w:rPr>
          <w:rFonts w:ascii="Times New Roman" w:hAnsi="Times New Roman" w:cs="Times New Roman"/>
        </w:rPr>
        <w:lastRenderedPageBreak/>
        <w:t>Chapter -1</w:t>
      </w:r>
    </w:p>
    <w:p w14:paraId="03707BB8" w14:textId="77777777" w:rsidR="00427C04" w:rsidRPr="00427C04" w:rsidRDefault="00427C04">
      <w:pPr>
        <w:rPr>
          <w:rFonts w:ascii="Times New Roman" w:hAnsi="Times New Roman" w:cs="Times New Roman"/>
          <w:sz w:val="24"/>
          <w:szCs w:val="24"/>
        </w:rPr>
      </w:pPr>
    </w:p>
    <w:sectPr w:rsidR="00427C04" w:rsidRPr="00427C04" w:rsidSect="00034616">
      <w:headerReference w:type="default" r:id="rId11"/>
      <w:footerReference w:type="default" r:id="rId12"/>
      <w:pgSz w:w="12240" w:h="15840"/>
      <w:pgMar w:top="1247" w:right="1247"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0C823" w14:textId="77777777" w:rsidR="004A7F64" w:rsidRDefault="004A7F64">
      <w:pPr>
        <w:spacing w:after="0" w:line="240" w:lineRule="auto"/>
      </w:pPr>
      <w:r>
        <w:separator/>
      </w:r>
    </w:p>
  </w:endnote>
  <w:endnote w:type="continuationSeparator" w:id="0">
    <w:p w14:paraId="1EE1A139" w14:textId="77777777" w:rsidR="004A7F64" w:rsidRDefault="004A7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F345E" w14:textId="77777777" w:rsidR="000B7F34" w:rsidRDefault="00000000">
    <w:pPr>
      <w:pStyle w:val="Footer"/>
      <w:jc w:val="center"/>
    </w:pPr>
    <w:r>
      <w:rPr>
        <w:color w:val="6E6E6E"/>
        <w:sz w:val="16"/>
      </w:rPr>
      <w:t>PISBN: 978-81-68473-08-9   |   E-ISBN: 978-81-68473-09-6   |   Copyright © 2026 The Article Architecture &amp; Care and Cure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AAE11" w14:textId="77777777" w:rsidR="004A7F64" w:rsidRDefault="004A7F64">
      <w:pPr>
        <w:spacing w:after="0" w:line="240" w:lineRule="auto"/>
      </w:pPr>
      <w:r>
        <w:separator/>
      </w:r>
    </w:p>
  </w:footnote>
  <w:footnote w:type="continuationSeparator" w:id="0">
    <w:p w14:paraId="79F0CBAC" w14:textId="77777777" w:rsidR="004A7F64" w:rsidRDefault="004A7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B8E4" w14:textId="77777777" w:rsidR="004F4DE7" w:rsidRPr="004F4DE7" w:rsidRDefault="00000000">
    <w:pPr>
      <w:pStyle w:val="Header"/>
      <w:rPr>
        <w:rFonts w:ascii="Times New Roman" w:hAnsi="Times New Roman" w:cs="Times New Roman"/>
        <w:b/>
        <w:color w:val="EF7725"/>
        <w:sz w:val="20"/>
        <w:szCs w:val="20"/>
      </w:rPr>
    </w:pPr>
    <w:r w:rsidRPr="004F4DE7">
      <w:rPr>
        <w:rFonts w:ascii="Times New Roman" w:hAnsi="Times New Roman" w:cs="Times New Roman"/>
        <w:noProof/>
        <w:sz w:val="20"/>
        <w:szCs w:val="20"/>
      </w:rPr>
      <w:drawing>
        <wp:inline distT="0" distB="0" distL="0" distR="0" wp14:anchorId="12E8F851" wp14:editId="0E8AE8D6">
          <wp:extent cx="960120" cy="518984"/>
          <wp:effectExtent l="0" t="0" r="0" b="0"/>
          <wp:docPr id="1069268072" name="Picture 106926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a_logo_transparent.png"/>
                  <pic:cNvPicPr/>
                </pic:nvPicPr>
                <pic:blipFill>
                  <a:blip r:embed="rId1"/>
                  <a:stretch>
                    <a:fillRect/>
                  </a:stretch>
                </pic:blipFill>
                <pic:spPr>
                  <a:xfrm>
                    <a:off x="0" y="0"/>
                    <a:ext cx="960120" cy="518984"/>
                  </a:xfrm>
                  <a:prstGeom prst="rect">
                    <a:avLst/>
                  </a:prstGeom>
                </pic:spPr>
              </pic:pic>
            </a:graphicData>
          </a:graphic>
        </wp:inline>
      </w:drawing>
    </w:r>
    <w:r w:rsidRPr="004F4DE7">
      <w:rPr>
        <w:rFonts w:ascii="Times New Roman" w:hAnsi="Times New Roman" w:cs="Times New Roman"/>
        <w:b/>
        <w:color w:val="EF7725"/>
        <w:sz w:val="20"/>
        <w:szCs w:val="20"/>
      </w:rPr>
      <w:t xml:space="preserve">   </w:t>
    </w:r>
  </w:p>
  <w:p w14:paraId="65EBE7DC" w14:textId="78CA292E" w:rsidR="000B7F34" w:rsidRPr="004F4DE7" w:rsidRDefault="000B7F34">
    <w:pPr>
      <w:pStyle w:val="Header"/>
      <w:rPr>
        <w:rFonts w:ascii="Times New Roman" w:hAnsi="Times New Roman" w:cs="Times New Roman"/>
        <w:b/>
        <w:color w:val="EF772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2428893">
    <w:abstractNumId w:val="8"/>
  </w:num>
  <w:num w:numId="2" w16cid:durableId="322663653">
    <w:abstractNumId w:val="6"/>
  </w:num>
  <w:num w:numId="3" w16cid:durableId="1696543030">
    <w:abstractNumId w:val="5"/>
  </w:num>
  <w:num w:numId="4" w16cid:durableId="1334146275">
    <w:abstractNumId w:val="4"/>
  </w:num>
  <w:num w:numId="5" w16cid:durableId="982848191">
    <w:abstractNumId w:val="7"/>
  </w:num>
  <w:num w:numId="6" w16cid:durableId="1388261871">
    <w:abstractNumId w:val="3"/>
  </w:num>
  <w:num w:numId="7" w16cid:durableId="886985962">
    <w:abstractNumId w:val="2"/>
  </w:num>
  <w:num w:numId="8" w16cid:durableId="1680158840">
    <w:abstractNumId w:val="1"/>
  </w:num>
  <w:num w:numId="9" w16cid:durableId="674384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F34"/>
    <w:rsid w:val="0015074B"/>
    <w:rsid w:val="0029639D"/>
    <w:rsid w:val="003214B6"/>
    <w:rsid w:val="00326F90"/>
    <w:rsid w:val="00427C04"/>
    <w:rsid w:val="004A7F64"/>
    <w:rsid w:val="004F4DE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5C3C67"/>
  <w14:defaultImageDpi w14:val="300"/>
  <w15:docId w15:val="{B4C3AF4D-3F35-42DB-9118-F48E454D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323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EF772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ATitle">
    <w:name w:val="TAA Title"/>
    <w:pPr>
      <w:jc w:val="center"/>
    </w:pPr>
    <w:rPr>
      <w:rFonts w:ascii="Aptos" w:hAnsi="Aptos"/>
      <w:b/>
      <w:color w:val="232323"/>
      <w:sz w:val="52"/>
    </w:rPr>
  </w:style>
  <w:style w:type="paragraph" w:customStyle="1" w:styleId="TAASubtitle">
    <w:name w:val="TAA Subtitle"/>
    <w:pPr>
      <w:spacing w:after="240"/>
      <w:jc w:val="center"/>
    </w:pPr>
    <w:rPr>
      <w:rFonts w:ascii="Aptos" w:hAnsi="Aptos"/>
      <w:color w:val="6E6E6E"/>
      <w:sz w:val="26"/>
    </w:rPr>
  </w:style>
  <w:style w:type="paragraph" w:customStyle="1" w:styleId="TAASectionLabel">
    <w:name w:val="TAA Section Label"/>
    <w:pPr>
      <w:spacing w:after="60"/>
      <w:jc w:val="center"/>
    </w:pPr>
    <w:rPr>
      <w:rFonts w:ascii="Aptos" w:hAnsi="Aptos"/>
      <w:b/>
      <w:color w:val="EF7725"/>
      <w:sz w:val="20"/>
    </w:rPr>
  </w:style>
  <w:style w:type="paragraph" w:customStyle="1" w:styleId="TAAPageHeading">
    <w:name w:val="TAA Page Heading"/>
    <w:pPr>
      <w:spacing w:before="120" w:after="120"/>
    </w:pPr>
    <w:rPr>
      <w:rFonts w:ascii="Aptos" w:hAnsi="Aptos"/>
      <w:b/>
      <w:color w:val="232323"/>
      <w:sz w:val="40"/>
    </w:rPr>
  </w:style>
  <w:style w:type="paragraph" w:customStyle="1" w:styleId="TAASmall">
    <w:name w:val="TAA Small"/>
    <w:pPr>
      <w:spacing w:after="120"/>
    </w:pPr>
    <w:rPr>
      <w:rFonts w:ascii="Aptos" w:hAnsi="Aptos"/>
      <w:color w:val="6E6E6E"/>
      <w:sz w:val="18"/>
    </w:rPr>
  </w:style>
  <w:style w:type="character" w:styleId="Hyperlink">
    <w:name w:val="Hyperlink"/>
    <w:basedOn w:val="DefaultParagraphFont"/>
    <w:uiPriority w:val="99"/>
    <w:unhideWhenUsed/>
    <w:rsid w:val="004F4DE7"/>
    <w:rPr>
      <w:color w:val="0000FF" w:themeColor="hyperlink"/>
      <w:u w:val="single"/>
    </w:rPr>
  </w:style>
  <w:style w:type="character" w:styleId="UnresolvedMention">
    <w:name w:val="Unresolved Mention"/>
    <w:basedOn w:val="DefaultParagraphFont"/>
    <w:uiPriority w:val="99"/>
    <w:semiHidden/>
    <w:unhideWhenUsed/>
    <w:rsid w:val="004F4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hearticlearchiteture@gmail.com" TargetMode="External"/><Relationship Id="rId4" Type="http://schemas.openxmlformats.org/officeDocument/2006/relationships/settings" Target="settings.xml"/><Relationship Id="rId9" Type="http://schemas.openxmlformats.org/officeDocument/2006/relationships/hyperlink" Target="http://WWW.thearticlearchitetur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nicy jaiswal</cp:lastModifiedBy>
  <cp:revision>2</cp:revision>
  <dcterms:created xsi:type="dcterms:W3CDTF">2026-09-20T08:27:00Z</dcterms:created>
  <dcterms:modified xsi:type="dcterms:W3CDTF">2026-09-20T08:27:00Z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c54e37dc-4cad-4f14-8712-4313d29d00c3</vt:lpwstr>
  </property>
</Properties>
</file>